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C30" w:rsidRPr="00C07998" w:rsidRDefault="00B628D4" w:rsidP="00C07998">
      <w:pPr>
        <w:pStyle w:val="Heading2"/>
        <w:bidi/>
        <w:jc w:val="center"/>
        <w:rPr>
          <w:rFonts w:asciiTheme="minorHAnsi" w:eastAsia="B Nazanin" w:hAnsiTheme="minorHAnsi" w:cs="B Nazanin" w:hint="cs"/>
          <w:rtl/>
        </w:rPr>
      </w:pPr>
      <w:r w:rsidRPr="00B628D4">
        <w:rPr>
          <w:rFonts w:ascii="times" w:eastAsia="B Nazanin" w:hAnsi="times" w:cs="B Nazanin"/>
        </w:rPr>
        <w:t>"</w:t>
      </w:r>
      <w:r w:rsidR="00C07998">
        <w:rPr>
          <w:rFonts w:asciiTheme="minorHAnsi" w:eastAsia="B Nazanin" w:hAnsiTheme="minorHAnsi" w:cs="B Nazanin" w:hint="cs"/>
          <w:rtl/>
          <w:lang w:bidi="fa-IR"/>
        </w:rPr>
        <w:t xml:space="preserve"> </w:t>
      </w:r>
      <w:r w:rsidRPr="00C07998">
        <w:rPr>
          <w:rFonts w:ascii="times" w:eastAsia="B Nazanin" w:hAnsi="times" w:cs="B Titr"/>
          <w:sz w:val="28"/>
          <w:szCs w:val="28"/>
          <w:rtl/>
        </w:rPr>
        <w:t>از</w:t>
      </w:r>
      <w:r w:rsidRPr="00C07998">
        <w:rPr>
          <w:rFonts w:ascii="times" w:eastAsia="B Nazanin" w:hAnsi="times" w:cs="B Titr"/>
          <w:sz w:val="28"/>
          <w:szCs w:val="28"/>
        </w:rPr>
        <w:t xml:space="preserve"> </w:t>
      </w:r>
      <w:r w:rsidRPr="00C07998">
        <w:rPr>
          <w:rFonts w:ascii="times" w:eastAsia="B Nazanin" w:hAnsi="times" w:cs="B Titr"/>
          <w:sz w:val="28"/>
          <w:szCs w:val="28"/>
          <w:rtl/>
        </w:rPr>
        <w:t>پژوهش</w:t>
      </w:r>
      <w:r w:rsidRPr="00C07998">
        <w:rPr>
          <w:rFonts w:ascii="times" w:eastAsia="B Nazanin" w:hAnsi="times" w:cs="B Titr"/>
          <w:sz w:val="28"/>
          <w:szCs w:val="28"/>
        </w:rPr>
        <w:t xml:space="preserve"> </w:t>
      </w:r>
      <w:r w:rsidRPr="00C07998">
        <w:rPr>
          <w:rFonts w:ascii="times" w:eastAsia="B Nazanin" w:hAnsi="times" w:cs="B Titr"/>
          <w:sz w:val="28"/>
          <w:szCs w:val="28"/>
          <w:rtl/>
        </w:rPr>
        <w:t>و</w:t>
      </w:r>
      <w:r w:rsidRPr="00C07998">
        <w:rPr>
          <w:rFonts w:ascii="times" w:eastAsia="B Nazanin" w:hAnsi="times" w:cs="B Titr"/>
          <w:sz w:val="28"/>
          <w:szCs w:val="28"/>
        </w:rPr>
        <w:t xml:space="preserve"> </w:t>
      </w:r>
      <w:r w:rsidRPr="00C07998">
        <w:rPr>
          <w:rFonts w:ascii="times" w:eastAsia="B Nazanin" w:hAnsi="times" w:cs="B Titr"/>
          <w:sz w:val="28"/>
          <w:szCs w:val="28"/>
          <w:rtl/>
        </w:rPr>
        <w:t>ایده</w:t>
      </w:r>
      <w:r w:rsidRPr="00C07998">
        <w:rPr>
          <w:rFonts w:ascii="times" w:eastAsia="B Nazanin" w:hAnsi="times" w:cs="B Titr"/>
          <w:sz w:val="28"/>
          <w:szCs w:val="28"/>
        </w:rPr>
        <w:t xml:space="preserve"> </w:t>
      </w:r>
      <w:r w:rsidRPr="00C07998">
        <w:rPr>
          <w:rFonts w:ascii="times" w:eastAsia="B Nazanin" w:hAnsi="times" w:cs="B Titr"/>
          <w:sz w:val="28"/>
          <w:szCs w:val="28"/>
          <w:rtl/>
        </w:rPr>
        <w:t>تا</w:t>
      </w:r>
      <w:r w:rsidRPr="00C07998">
        <w:rPr>
          <w:rFonts w:ascii="times" w:eastAsia="B Nazanin" w:hAnsi="times" w:cs="B Titr"/>
          <w:sz w:val="28"/>
          <w:szCs w:val="28"/>
        </w:rPr>
        <w:t xml:space="preserve"> </w:t>
      </w:r>
      <w:r w:rsidRPr="00C07998">
        <w:rPr>
          <w:rFonts w:ascii="times" w:eastAsia="B Nazanin" w:hAnsi="times" w:cs="B Titr"/>
          <w:sz w:val="28"/>
          <w:szCs w:val="28"/>
          <w:rtl/>
        </w:rPr>
        <w:t>فناوری،</w:t>
      </w:r>
      <w:r w:rsidRPr="00C07998">
        <w:rPr>
          <w:rFonts w:ascii="times" w:eastAsia="B Nazanin" w:hAnsi="times" w:cs="B Titr"/>
          <w:sz w:val="28"/>
          <w:szCs w:val="28"/>
        </w:rPr>
        <w:t xml:space="preserve"> </w:t>
      </w:r>
      <w:r w:rsidRPr="00C07998">
        <w:rPr>
          <w:rFonts w:ascii="times" w:eastAsia="B Nazanin" w:hAnsi="times" w:cs="B Titr"/>
          <w:sz w:val="28"/>
          <w:szCs w:val="28"/>
          <w:rtl/>
        </w:rPr>
        <w:t>بازار</w:t>
      </w:r>
      <w:r w:rsidRPr="00C07998">
        <w:rPr>
          <w:rFonts w:ascii="times" w:eastAsia="B Nazanin" w:hAnsi="times" w:cs="B Titr"/>
          <w:sz w:val="28"/>
          <w:szCs w:val="28"/>
        </w:rPr>
        <w:t xml:space="preserve"> </w:t>
      </w:r>
      <w:r w:rsidRPr="00C07998">
        <w:rPr>
          <w:rFonts w:ascii="times" w:eastAsia="B Nazanin" w:hAnsi="times" w:cs="B Titr"/>
          <w:sz w:val="28"/>
          <w:szCs w:val="28"/>
          <w:rtl/>
        </w:rPr>
        <w:t>و</w:t>
      </w:r>
      <w:r w:rsidRPr="00C07998">
        <w:rPr>
          <w:rFonts w:ascii="times" w:eastAsia="B Nazanin" w:hAnsi="times" w:cs="B Titr"/>
          <w:sz w:val="28"/>
          <w:szCs w:val="28"/>
        </w:rPr>
        <w:t xml:space="preserve"> </w:t>
      </w:r>
      <w:r w:rsidRPr="00C07998">
        <w:rPr>
          <w:rFonts w:ascii="times" w:eastAsia="B Nazanin" w:hAnsi="times" w:cs="B Titr"/>
          <w:sz w:val="28"/>
          <w:szCs w:val="28"/>
          <w:rtl/>
        </w:rPr>
        <w:t>خلق</w:t>
      </w:r>
      <w:r w:rsidRPr="00C07998">
        <w:rPr>
          <w:rFonts w:ascii="times" w:eastAsia="B Nazanin" w:hAnsi="times" w:cs="B Titr"/>
          <w:sz w:val="28"/>
          <w:szCs w:val="28"/>
        </w:rPr>
        <w:t xml:space="preserve"> </w:t>
      </w:r>
      <w:r w:rsidRPr="00C07998">
        <w:rPr>
          <w:rFonts w:ascii="times" w:eastAsia="B Nazanin" w:hAnsi="times" w:cs="B Titr"/>
          <w:sz w:val="28"/>
          <w:szCs w:val="28"/>
          <w:rtl/>
        </w:rPr>
        <w:t>ارزش</w:t>
      </w:r>
      <w:r w:rsidRPr="00C07998">
        <w:rPr>
          <w:rFonts w:ascii="times" w:eastAsia="B Nazanin" w:hAnsi="times" w:cs="B Titr"/>
          <w:sz w:val="28"/>
          <w:szCs w:val="28"/>
        </w:rPr>
        <w:t>"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بخش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اول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ـ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اطلاعات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ارائه</w:t>
      </w:r>
      <w:r w:rsidRPr="00B628D4">
        <w:rPr>
          <w:rFonts w:ascii="times" w:eastAsia="B Nazanin" w:hAnsi="times" w:cs="B Nazanin"/>
          <w:b w:val="0"/>
        </w:rPr>
        <w:t>‌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دهنده</w:t>
      </w:r>
    </w:p>
    <w:p w:rsidR="00F90C30" w:rsidRPr="00B628D4" w:rsidRDefault="00B628D4" w:rsidP="00B628D4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times" w:hAnsi="times" w:cs="B Nazanin"/>
          <w:b/>
          <w:bCs/>
          <w:rtl/>
        </w:rPr>
        <w:t>۱</w:t>
      </w:r>
      <w:r w:rsidRPr="00B628D4">
        <w:rPr>
          <w:rFonts w:ascii="times" w:hAnsi="times" w:cs="B Nazanin"/>
          <w:b/>
        </w:rPr>
        <w:t xml:space="preserve">. </w:t>
      </w:r>
      <w:r w:rsidRPr="00B628D4">
        <w:rPr>
          <w:rFonts w:ascii="times" w:hAnsi="times" w:cs="B Nazanin"/>
          <w:b/>
          <w:bCs/>
          <w:rtl/>
        </w:rPr>
        <w:t>عنوان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طرح</w:t>
      </w:r>
      <w:r w:rsidRPr="00B628D4">
        <w:rPr>
          <w:rFonts w:ascii="times" w:hAnsi="times" w:cs="B Nazanin"/>
          <w:b/>
        </w:rPr>
        <w:t xml:space="preserve"> / </w:t>
      </w:r>
      <w:r w:rsidRPr="00B628D4">
        <w:rPr>
          <w:rFonts w:ascii="times" w:hAnsi="times" w:cs="B Nazanin"/>
          <w:b/>
          <w:bCs/>
          <w:rtl/>
        </w:rPr>
        <w:t>ایده</w:t>
      </w:r>
      <w:r w:rsidRPr="00B628D4">
        <w:rPr>
          <w:rFonts w:ascii="times" w:hAnsi="times" w:cs="B Nazanin"/>
          <w:b/>
        </w:rPr>
        <w:t>: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times" w:hAnsi="times" w:cs="B Nazanin"/>
          <w:b/>
          <w:bCs/>
          <w:rtl/>
        </w:rPr>
        <w:t>۲</w:t>
      </w:r>
      <w:r w:rsidRPr="00B628D4">
        <w:rPr>
          <w:rFonts w:ascii="times" w:hAnsi="times" w:cs="B Nazanin"/>
          <w:b/>
        </w:rPr>
        <w:t xml:space="preserve">. </w:t>
      </w:r>
      <w:r w:rsidRPr="00B628D4">
        <w:rPr>
          <w:rFonts w:ascii="times" w:hAnsi="times" w:cs="B Nazanin"/>
          <w:b/>
          <w:bCs/>
          <w:rtl/>
        </w:rPr>
        <w:t>نوع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ارائه</w:t>
      </w:r>
      <w:r w:rsidRPr="00B628D4">
        <w:rPr>
          <w:rFonts w:ascii="times" w:hAnsi="times" w:cs="B Nazanin"/>
          <w:b/>
        </w:rPr>
        <w:t>: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طرح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پژوهشی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ایده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فناورانه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ایده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کسب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وکار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محصول</w:t>
      </w:r>
      <w:r w:rsidRPr="00B628D4">
        <w:rPr>
          <w:rFonts w:ascii="times" w:hAnsi="times" w:cs="B Nazanin"/>
        </w:rPr>
        <w:t xml:space="preserve"> / </w:t>
      </w:r>
      <w:r w:rsidRPr="00B628D4">
        <w:rPr>
          <w:rFonts w:ascii="times" w:hAnsi="times" w:cs="B Nazanin"/>
          <w:rtl/>
        </w:rPr>
        <w:t>نمونه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اولیه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طرح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نوآورانه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سایر</w:t>
      </w:r>
      <w:r w:rsidRPr="00B628D4">
        <w:rPr>
          <w:rFonts w:ascii="times" w:hAnsi="times" w:cs="B Nazanin"/>
        </w:rPr>
        <w:t>: 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b/>
          <w:bCs/>
          <w:rtl/>
        </w:rPr>
        <w:t>۳</w:t>
      </w:r>
      <w:r w:rsidRPr="00B628D4">
        <w:rPr>
          <w:rFonts w:ascii="times" w:hAnsi="times" w:cs="B Nazanin"/>
          <w:b/>
        </w:rPr>
        <w:t xml:space="preserve">. </w:t>
      </w:r>
      <w:r w:rsidRPr="00B628D4">
        <w:rPr>
          <w:rFonts w:ascii="times" w:hAnsi="times" w:cs="B Nazanin"/>
          <w:b/>
          <w:bCs/>
          <w:rtl/>
        </w:rPr>
        <w:t>نام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و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نام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خانوادگی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ارائه</w:t>
      </w:r>
      <w:r w:rsidRPr="00B628D4">
        <w:rPr>
          <w:rFonts w:ascii="times" w:hAnsi="times" w:cs="B Nazanin"/>
          <w:b/>
        </w:rPr>
        <w:t>‌</w:t>
      </w:r>
      <w:r w:rsidRPr="00B628D4">
        <w:rPr>
          <w:rFonts w:ascii="times" w:hAnsi="times" w:cs="B Nazanin"/>
          <w:b/>
          <w:bCs/>
          <w:rtl/>
        </w:rPr>
        <w:t>دهنده</w:t>
      </w:r>
      <w:r w:rsidRPr="00B628D4">
        <w:rPr>
          <w:rFonts w:ascii="times" w:hAnsi="times" w:cs="B Nazanin"/>
          <w:b/>
        </w:rPr>
        <w:t xml:space="preserve"> / </w:t>
      </w:r>
      <w:r w:rsidRPr="00B628D4">
        <w:rPr>
          <w:rFonts w:ascii="times" w:hAnsi="times" w:cs="B Nazanin"/>
          <w:b/>
          <w:bCs/>
          <w:rtl/>
        </w:rPr>
        <w:t>سرپرست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تیم</w:t>
      </w:r>
      <w:r w:rsidRPr="00B628D4">
        <w:rPr>
          <w:rFonts w:ascii="times" w:hAnsi="times" w:cs="B Nazanin"/>
          <w:b/>
        </w:rPr>
        <w:t>: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times" w:hAnsi="times" w:cs="B Nazanin"/>
          <w:b/>
          <w:bCs/>
          <w:rtl/>
        </w:rPr>
        <w:t>۴</w:t>
      </w:r>
      <w:r w:rsidRPr="00B628D4">
        <w:rPr>
          <w:rFonts w:ascii="times" w:hAnsi="times" w:cs="B Nazanin"/>
          <w:b/>
        </w:rPr>
        <w:t xml:space="preserve">. </w:t>
      </w:r>
      <w:r w:rsidRPr="00B628D4">
        <w:rPr>
          <w:rFonts w:ascii="times" w:hAnsi="times" w:cs="B Nazanin"/>
          <w:b/>
          <w:bCs/>
          <w:rtl/>
        </w:rPr>
        <w:t>کد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ملی</w:t>
      </w:r>
      <w:r w:rsidRPr="00B628D4">
        <w:rPr>
          <w:rFonts w:ascii="times" w:hAnsi="times" w:cs="B Nazanin"/>
          <w:b/>
        </w:rPr>
        <w:t>: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times" w:hAnsi="times" w:cs="B Nazanin"/>
          <w:b/>
          <w:bCs/>
          <w:rtl/>
        </w:rPr>
        <w:t>۵</w:t>
      </w:r>
      <w:r w:rsidRPr="00B628D4">
        <w:rPr>
          <w:rFonts w:ascii="times" w:hAnsi="times" w:cs="B Nazanin"/>
          <w:b/>
        </w:rPr>
        <w:t xml:space="preserve">. </w:t>
      </w:r>
      <w:r w:rsidRPr="00B628D4">
        <w:rPr>
          <w:rFonts w:ascii="times" w:hAnsi="times" w:cs="B Nazanin"/>
          <w:b/>
          <w:bCs/>
          <w:rtl/>
        </w:rPr>
        <w:t>وضعیت</w:t>
      </w:r>
      <w:r w:rsidRPr="00B628D4">
        <w:rPr>
          <w:rFonts w:ascii="times" w:hAnsi="times" w:cs="B Nazanin"/>
          <w:b/>
        </w:rPr>
        <w:t>: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دانشجو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عضو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هیئت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علمی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lastRenderedPageBreak/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پژوهشگر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شرکت</w:t>
      </w:r>
      <w:r w:rsidRPr="00B628D4">
        <w:rPr>
          <w:rFonts w:ascii="times" w:hAnsi="times" w:cs="B Nazanin"/>
        </w:rPr>
        <w:t xml:space="preserve"> / </w:t>
      </w:r>
      <w:r w:rsidRPr="00B628D4">
        <w:rPr>
          <w:rFonts w:ascii="times" w:hAnsi="times" w:cs="B Nazanin"/>
          <w:rtl/>
        </w:rPr>
        <w:t>مؤسسه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شرکت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دانش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بنیان</w:t>
      </w:r>
      <w:r w:rsidRPr="00B628D4">
        <w:rPr>
          <w:rFonts w:ascii="times" w:hAnsi="times" w:cs="B Nazanin"/>
        </w:rPr>
        <w:t xml:space="preserve"> / </w:t>
      </w:r>
      <w:r w:rsidRPr="00B628D4">
        <w:rPr>
          <w:rFonts w:ascii="times" w:hAnsi="times" w:cs="B Nazanin"/>
          <w:rtl/>
        </w:rPr>
        <w:t>فناور</w:t>
      </w:r>
    </w:p>
    <w:p w:rsidR="00F90C30" w:rsidRPr="00B628D4" w:rsidRDefault="00B628D4" w:rsidP="00B628D4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تیم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استارتاپی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سایر</w:t>
      </w:r>
      <w:r w:rsidRPr="00B628D4">
        <w:rPr>
          <w:rFonts w:ascii="times" w:hAnsi="times" w:cs="B Nazanin"/>
        </w:rPr>
        <w:t>: 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b/>
          <w:bCs/>
          <w:rtl/>
        </w:rPr>
        <w:t>۶</w:t>
      </w:r>
      <w:r w:rsidRPr="00B628D4">
        <w:rPr>
          <w:rFonts w:ascii="times" w:hAnsi="times" w:cs="B Nazanin"/>
          <w:b/>
        </w:rPr>
        <w:t xml:space="preserve">. </w:t>
      </w:r>
      <w:r w:rsidRPr="00B628D4">
        <w:rPr>
          <w:rFonts w:ascii="times" w:hAnsi="times" w:cs="B Nazanin"/>
          <w:b/>
          <w:bCs/>
          <w:rtl/>
        </w:rPr>
        <w:t>نام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دانشگاه</w:t>
      </w:r>
      <w:r w:rsidRPr="00B628D4">
        <w:rPr>
          <w:rFonts w:ascii="times" w:hAnsi="times" w:cs="B Nazanin"/>
          <w:b/>
        </w:rPr>
        <w:t xml:space="preserve"> / </w:t>
      </w:r>
      <w:r w:rsidRPr="00B628D4">
        <w:rPr>
          <w:rFonts w:ascii="times" w:hAnsi="times" w:cs="B Nazanin"/>
          <w:b/>
          <w:bCs/>
          <w:rtl/>
        </w:rPr>
        <w:t>سازمان</w:t>
      </w:r>
      <w:r w:rsidRPr="00B628D4">
        <w:rPr>
          <w:rFonts w:ascii="times" w:hAnsi="times" w:cs="B Nazanin"/>
          <w:b/>
        </w:rPr>
        <w:t xml:space="preserve"> / </w:t>
      </w:r>
      <w:r w:rsidRPr="00B628D4">
        <w:rPr>
          <w:rFonts w:ascii="times" w:hAnsi="times" w:cs="B Nazanin"/>
          <w:b/>
          <w:bCs/>
          <w:rtl/>
        </w:rPr>
        <w:t>شرکت</w:t>
      </w:r>
      <w:r w:rsidRPr="00B628D4">
        <w:rPr>
          <w:rFonts w:ascii="times" w:hAnsi="times" w:cs="B Nazanin"/>
          <w:b/>
        </w:rPr>
        <w:t>: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b/>
          <w:bCs/>
          <w:rtl/>
        </w:rPr>
        <w:t>۷</w:t>
      </w:r>
      <w:r w:rsidRPr="00B628D4">
        <w:rPr>
          <w:rFonts w:ascii="times" w:hAnsi="times" w:cs="B Nazanin"/>
          <w:b/>
        </w:rPr>
        <w:t xml:space="preserve">. </w:t>
      </w:r>
      <w:r w:rsidRPr="00B628D4">
        <w:rPr>
          <w:rFonts w:ascii="times" w:hAnsi="times" w:cs="B Nazanin"/>
          <w:b/>
          <w:bCs/>
          <w:rtl/>
        </w:rPr>
        <w:t>مقطع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و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رشته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تحصیلی</w:t>
      </w:r>
      <w:r w:rsidRPr="00B628D4">
        <w:rPr>
          <w:rFonts w:ascii="times" w:hAnsi="times" w:cs="B Nazanin"/>
          <w:b/>
        </w:rPr>
        <w:t xml:space="preserve"> / </w:t>
      </w:r>
      <w:r w:rsidRPr="00B628D4">
        <w:rPr>
          <w:rFonts w:ascii="times" w:hAnsi="times" w:cs="B Nazanin"/>
          <w:b/>
          <w:bCs/>
          <w:rtl/>
        </w:rPr>
        <w:t>تخصص</w:t>
      </w:r>
      <w:r w:rsidRPr="00B628D4">
        <w:rPr>
          <w:rFonts w:ascii="times" w:hAnsi="times" w:cs="B Nazanin"/>
          <w:b/>
        </w:rPr>
        <w:t>: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times" w:hAnsi="times" w:cs="B Nazanin"/>
          <w:b/>
          <w:bCs/>
          <w:rtl/>
        </w:rPr>
        <w:t>۸</w:t>
      </w:r>
      <w:r w:rsidRPr="00B628D4">
        <w:rPr>
          <w:rFonts w:ascii="times" w:hAnsi="times" w:cs="B Nazanin"/>
          <w:b/>
        </w:rPr>
        <w:t xml:space="preserve">. </w:t>
      </w:r>
      <w:r w:rsidRPr="00B628D4">
        <w:rPr>
          <w:rFonts w:ascii="times" w:hAnsi="times" w:cs="B Nazanin"/>
          <w:b/>
          <w:bCs/>
          <w:rtl/>
        </w:rPr>
        <w:t>شماره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تماس</w:t>
      </w:r>
      <w:r w:rsidRPr="00B628D4">
        <w:rPr>
          <w:rFonts w:ascii="times" w:hAnsi="times" w:cs="B Nazanin"/>
          <w:b/>
        </w:rPr>
        <w:t>: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times" w:hAnsi="times" w:cs="B Nazanin"/>
          <w:b/>
          <w:bCs/>
          <w:rtl/>
        </w:rPr>
        <w:t>۹</w:t>
      </w:r>
      <w:r w:rsidRPr="00B628D4">
        <w:rPr>
          <w:rFonts w:ascii="times" w:hAnsi="times" w:cs="B Nazanin"/>
          <w:b/>
        </w:rPr>
        <w:t xml:space="preserve">. </w:t>
      </w:r>
      <w:r w:rsidRPr="00B628D4">
        <w:rPr>
          <w:rFonts w:ascii="times" w:hAnsi="times" w:cs="B Nazanin"/>
          <w:b/>
          <w:bCs/>
          <w:rtl/>
        </w:rPr>
        <w:t>پست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الکترونیکی</w:t>
      </w:r>
      <w:r w:rsidRPr="00B628D4">
        <w:rPr>
          <w:rFonts w:ascii="times" w:hAnsi="times" w:cs="B Nazanin"/>
          <w:b/>
        </w:rPr>
        <w:t>: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b/>
          <w:bCs/>
          <w:rtl/>
        </w:rPr>
        <w:t>۱۰</w:t>
      </w:r>
      <w:r w:rsidRPr="00B628D4">
        <w:rPr>
          <w:rFonts w:ascii="times" w:hAnsi="times" w:cs="B Nazanin"/>
          <w:b/>
        </w:rPr>
        <w:t xml:space="preserve">. </w:t>
      </w:r>
      <w:r w:rsidRPr="00B628D4">
        <w:rPr>
          <w:rFonts w:ascii="times" w:hAnsi="times" w:cs="B Nazanin"/>
          <w:b/>
          <w:bCs/>
          <w:rtl/>
        </w:rPr>
        <w:t>اعضای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تیم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و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نقش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هر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یک</w:t>
      </w:r>
      <w:r w:rsidRPr="00B628D4">
        <w:rPr>
          <w:rFonts w:ascii="times" w:hAnsi="times" w:cs="B Nazanin"/>
          <w:b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0"/>
      </w:tblGrid>
      <w:tr w:rsidR="00F90C30" w:rsidRPr="00B628D4">
        <w:trPr>
          <w:jc w:val="center"/>
        </w:trPr>
        <w:tc>
          <w:tcPr>
            <w:tcW w:w="2550" w:type="dxa"/>
            <w:vAlign w:val="center"/>
          </w:tcPr>
          <w:p w:rsidR="00F90C30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  <w:b/>
                <w:bCs/>
                <w:rtl/>
              </w:rPr>
              <w:t>ردیف</w:t>
            </w:r>
            <w:r w:rsidRPr="00B628D4">
              <w:rPr>
                <w:rFonts w:ascii="times" w:hAnsi="times" w:cs="B Nazanin"/>
                <w:b/>
              </w:rPr>
              <w:t xml:space="preserve"> </w:t>
            </w:r>
            <w:r w:rsidRPr="00B628D4">
              <w:rPr>
                <w:rFonts w:ascii="times" w:hAnsi="times" w:cs="B Nazanin"/>
                <w:b/>
                <w:bCs/>
                <w:rtl/>
              </w:rPr>
              <w:t>نام</w:t>
            </w:r>
            <w:r w:rsidRPr="00B628D4">
              <w:rPr>
                <w:rFonts w:ascii="times" w:hAnsi="times" w:cs="B Nazanin"/>
                <w:b/>
              </w:rPr>
              <w:t xml:space="preserve"> </w:t>
            </w:r>
            <w:r w:rsidRPr="00B628D4">
              <w:rPr>
                <w:rFonts w:ascii="times" w:hAnsi="times" w:cs="B Nazanin"/>
                <w:b/>
                <w:bCs/>
                <w:rtl/>
              </w:rPr>
              <w:t>و</w:t>
            </w:r>
            <w:r w:rsidRPr="00B628D4">
              <w:rPr>
                <w:rFonts w:ascii="times" w:hAnsi="times" w:cs="B Nazanin"/>
                <w:b/>
              </w:rPr>
              <w:t xml:space="preserve"> </w:t>
            </w:r>
            <w:r w:rsidRPr="00B628D4">
              <w:rPr>
                <w:rFonts w:ascii="times" w:hAnsi="times" w:cs="B Nazanin"/>
                <w:b/>
                <w:bCs/>
                <w:rtl/>
              </w:rPr>
              <w:t>نام</w:t>
            </w:r>
            <w:r w:rsidRPr="00B628D4">
              <w:rPr>
                <w:rFonts w:ascii="times" w:hAnsi="times" w:cs="B Nazanin"/>
                <w:b/>
              </w:rPr>
              <w:t xml:space="preserve"> </w:t>
            </w:r>
            <w:r w:rsidRPr="00B628D4">
              <w:rPr>
                <w:rFonts w:ascii="times" w:hAnsi="times" w:cs="B Nazanin"/>
                <w:b/>
                <w:bCs/>
                <w:rtl/>
              </w:rPr>
              <w:t>خانوادگی</w:t>
            </w:r>
            <w:r w:rsidRPr="00B628D4">
              <w:rPr>
                <w:rFonts w:ascii="times" w:hAnsi="times" w:cs="B Nazanin"/>
                <w:b/>
              </w:rPr>
              <w:t xml:space="preserve"> </w:t>
            </w:r>
            <w:r w:rsidRPr="00B628D4">
              <w:rPr>
                <w:rFonts w:ascii="times" w:hAnsi="times" w:cs="B Nazanin"/>
                <w:b/>
                <w:bCs/>
                <w:rtl/>
              </w:rPr>
              <w:t>تخصص</w:t>
            </w:r>
            <w:r w:rsidRPr="00B628D4">
              <w:rPr>
                <w:rFonts w:ascii="times" w:hAnsi="times" w:cs="B Nazanin"/>
                <w:b/>
              </w:rPr>
              <w:t xml:space="preserve"> / </w:t>
            </w:r>
            <w:r w:rsidRPr="00B628D4">
              <w:rPr>
                <w:rFonts w:ascii="times" w:hAnsi="times" w:cs="B Nazanin"/>
                <w:b/>
                <w:bCs/>
                <w:rtl/>
              </w:rPr>
              <w:t>رشته</w:t>
            </w:r>
            <w:r w:rsidRPr="00B628D4">
              <w:rPr>
                <w:rFonts w:ascii="times" w:hAnsi="times" w:cs="B Nazanin"/>
                <w:b/>
              </w:rPr>
              <w:t xml:space="preserve"> </w:t>
            </w:r>
            <w:r w:rsidRPr="00B628D4">
              <w:rPr>
                <w:rFonts w:ascii="times" w:hAnsi="times" w:cs="B Nazanin"/>
                <w:b/>
                <w:bCs/>
                <w:rtl/>
              </w:rPr>
              <w:t>نقش</w:t>
            </w:r>
            <w:r w:rsidRPr="00B628D4">
              <w:rPr>
                <w:rFonts w:ascii="times" w:hAnsi="times" w:cs="B Nazanin"/>
                <w:b/>
              </w:rPr>
              <w:t xml:space="preserve"> </w:t>
            </w:r>
            <w:r w:rsidRPr="00B628D4">
              <w:rPr>
                <w:rFonts w:ascii="times" w:hAnsi="times" w:cs="B Nazanin"/>
                <w:b/>
                <w:bCs/>
                <w:rtl/>
              </w:rPr>
              <w:t>در</w:t>
            </w:r>
            <w:r w:rsidRPr="00B628D4">
              <w:rPr>
                <w:rFonts w:ascii="times" w:hAnsi="times" w:cs="B Nazanin"/>
                <w:b/>
              </w:rPr>
              <w:t xml:space="preserve"> </w:t>
            </w:r>
            <w:r w:rsidRPr="00B628D4">
              <w:rPr>
                <w:rFonts w:ascii="times" w:hAnsi="times" w:cs="B Nazanin"/>
                <w:b/>
                <w:bCs/>
                <w:rtl/>
              </w:rPr>
              <w:t>طرح</w:t>
            </w:r>
          </w:p>
        </w:tc>
        <w:tc>
          <w:tcPr>
            <w:tcW w:w="2550" w:type="dxa"/>
            <w:vAlign w:val="center"/>
          </w:tcPr>
          <w:p w:rsidR="00F90C30" w:rsidRPr="00B628D4" w:rsidRDefault="00F90C30" w:rsidP="00B628D4">
            <w:pPr>
              <w:bidi/>
              <w:jc w:val="both"/>
              <w:rPr>
                <w:rFonts w:ascii="times" w:hAnsi="times" w:cs="B Nazanin"/>
              </w:rPr>
            </w:pPr>
          </w:p>
        </w:tc>
        <w:tc>
          <w:tcPr>
            <w:tcW w:w="2550" w:type="dxa"/>
            <w:vAlign w:val="center"/>
          </w:tcPr>
          <w:p w:rsidR="00F90C30" w:rsidRPr="00B628D4" w:rsidRDefault="00F90C30" w:rsidP="00B628D4">
            <w:pPr>
              <w:bidi/>
              <w:jc w:val="both"/>
              <w:rPr>
                <w:rFonts w:ascii="times" w:hAnsi="times" w:cs="B Nazanin"/>
              </w:rPr>
            </w:pPr>
          </w:p>
        </w:tc>
        <w:tc>
          <w:tcPr>
            <w:tcW w:w="2550" w:type="dxa"/>
            <w:vAlign w:val="center"/>
          </w:tcPr>
          <w:p w:rsidR="00F90C30" w:rsidRPr="00B628D4" w:rsidRDefault="00F90C30" w:rsidP="00B628D4">
            <w:pPr>
              <w:bidi/>
              <w:jc w:val="both"/>
              <w:rPr>
                <w:rFonts w:ascii="times" w:hAnsi="times" w:cs="B Nazanin"/>
              </w:rPr>
            </w:pPr>
          </w:p>
        </w:tc>
      </w:tr>
      <w:tr w:rsidR="00F90C30" w:rsidRPr="00B628D4">
        <w:trPr>
          <w:jc w:val="center"/>
        </w:trPr>
        <w:tc>
          <w:tcPr>
            <w:tcW w:w="2550" w:type="dxa"/>
            <w:vAlign w:val="center"/>
          </w:tcPr>
          <w:p w:rsidR="00F90C30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  <w:rtl/>
              </w:rPr>
              <w:t>۱</w:t>
            </w:r>
          </w:p>
        </w:tc>
        <w:tc>
          <w:tcPr>
            <w:tcW w:w="2550" w:type="dxa"/>
            <w:vAlign w:val="center"/>
          </w:tcPr>
          <w:p w:rsidR="00F90C30" w:rsidRPr="00B628D4" w:rsidRDefault="00F90C30" w:rsidP="00B628D4">
            <w:pPr>
              <w:bidi/>
              <w:jc w:val="both"/>
              <w:rPr>
                <w:rFonts w:ascii="times" w:hAnsi="times" w:cs="B Nazanin"/>
              </w:rPr>
            </w:pPr>
          </w:p>
        </w:tc>
        <w:tc>
          <w:tcPr>
            <w:tcW w:w="2550" w:type="dxa"/>
            <w:vAlign w:val="center"/>
          </w:tcPr>
          <w:p w:rsidR="00F90C30" w:rsidRPr="00B628D4" w:rsidRDefault="00F90C30" w:rsidP="00B628D4">
            <w:pPr>
              <w:bidi/>
              <w:jc w:val="both"/>
              <w:rPr>
                <w:rFonts w:ascii="times" w:hAnsi="times" w:cs="B Nazanin"/>
              </w:rPr>
            </w:pPr>
          </w:p>
        </w:tc>
        <w:tc>
          <w:tcPr>
            <w:tcW w:w="2550" w:type="dxa"/>
            <w:vAlign w:val="center"/>
          </w:tcPr>
          <w:p w:rsidR="00F90C30" w:rsidRPr="00B628D4" w:rsidRDefault="00F90C30" w:rsidP="00B628D4">
            <w:pPr>
              <w:bidi/>
              <w:jc w:val="both"/>
              <w:rPr>
                <w:rFonts w:ascii="times" w:hAnsi="times" w:cs="B Nazanin"/>
              </w:rPr>
            </w:pPr>
          </w:p>
        </w:tc>
      </w:tr>
      <w:tr w:rsidR="00F90C30" w:rsidRPr="00B628D4">
        <w:trPr>
          <w:jc w:val="center"/>
        </w:trPr>
        <w:tc>
          <w:tcPr>
            <w:tcW w:w="2550" w:type="dxa"/>
            <w:vAlign w:val="center"/>
          </w:tcPr>
          <w:p w:rsidR="00F90C30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  <w:rtl/>
              </w:rPr>
              <w:t>۲</w:t>
            </w:r>
          </w:p>
        </w:tc>
        <w:tc>
          <w:tcPr>
            <w:tcW w:w="2550" w:type="dxa"/>
            <w:vAlign w:val="center"/>
          </w:tcPr>
          <w:p w:rsidR="00F90C30" w:rsidRPr="00B628D4" w:rsidRDefault="00F90C30" w:rsidP="00B628D4">
            <w:pPr>
              <w:bidi/>
              <w:jc w:val="both"/>
              <w:rPr>
                <w:rFonts w:ascii="times" w:hAnsi="times" w:cs="B Nazanin"/>
              </w:rPr>
            </w:pPr>
          </w:p>
        </w:tc>
        <w:tc>
          <w:tcPr>
            <w:tcW w:w="2550" w:type="dxa"/>
            <w:vAlign w:val="center"/>
          </w:tcPr>
          <w:p w:rsidR="00F90C30" w:rsidRPr="00B628D4" w:rsidRDefault="00F90C30" w:rsidP="00B628D4">
            <w:pPr>
              <w:bidi/>
              <w:jc w:val="both"/>
              <w:rPr>
                <w:rFonts w:ascii="times" w:hAnsi="times" w:cs="B Nazanin"/>
              </w:rPr>
            </w:pPr>
          </w:p>
        </w:tc>
        <w:tc>
          <w:tcPr>
            <w:tcW w:w="2550" w:type="dxa"/>
            <w:vAlign w:val="center"/>
          </w:tcPr>
          <w:p w:rsidR="00F90C30" w:rsidRPr="00B628D4" w:rsidRDefault="00F90C30" w:rsidP="00B628D4">
            <w:pPr>
              <w:bidi/>
              <w:jc w:val="both"/>
              <w:rPr>
                <w:rFonts w:ascii="times" w:hAnsi="times" w:cs="B Nazanin"/>
              </w:rPr>
            </w:pPr>
          </w:p>
        </w:tc>
      </w:tr>
      <w:tr w:rsidR="00F90C30" w:rsidRPr="00B628D4">
        <w:trPr>
          <w:jc w:val="center"/>
        </w:trPr>
        <w:tc>
          <w:tcPr>
            <w:tcW w:w="2550" w:type="dxa"/>
            <w:vAlign w:val="center"/>
          </w:tcPr>
          <w:p w:rsidR="00F90C30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  <w:rtl/>
              </w:rPr>
              <w:t>۳</w:t>
            </w:r>
          </w:p>
        </w:tc>
        <w:tc>
          <w:tcPr>
            <w:tcW w:w="2550" w:type="dxa"/>
            <w:vAlign w:val="center"/>
          </w:tcPr>
          <w:p w:rsidR="00F90C30" w:rsidRPr="00B628D4" w:rsidRDefault="00F90C30" w:rsidP="00B628D4">
            <w:pPr>
              <w:bidi/>
              <w:jc w:val="both"/>
              <w:rPr>
                <w:rFonts w:ascii="times" w:hAnsi="times" w:cs="B Nazanin"/>
              </w:rPr>
            </w:pPr>
          </w:p>
        </w:tc>
        <w:tc>
          <w:tcPr>
            <w:tcW w:w="2550" w:type="dxa"/>
            <w:vAlign w:val="center"/>
          </w:tcPr>
          <w:p w:rsidR="00F90C30" w:rsidRPr="00B628D4" w:rsidRDefault="00F90C30" w:rsidP="00B628D4">
            <w:pPr>
              <w:bidi/>
              <w:jc w:val="both"/>
              <w:rPr>
                <w:rFonts w:ascii="times" w:hAnsi="times" w:cs="B Nazanin"/>
              </w:rPr>
            </w:pPr>
          </w:p>
        </w:tc>
        <w:tc>
          <w:tcPr>
            <w:tcW w:w="2550" w:type="dxa"/>
            <w:vAlign w:val="center"/>
          </w:tcPr>
          <w:p w:rsidR="00F90C30" w:rsidRPr="00B628D4" w:rsidRDefault="00F90C30" w:rsidP="00B628D4">
            <w:pPr>
              <w:bidi/>
              <w:jc w:val="both"/>
              <w:rPr>
                <w:rFonts w:ascii="times" w:hAnsi="times" w:cs="B Nazanin"/>
              </w:rPr>
            </w:pPr>
          </w:p>
        </w:tc>
      </w:tr>
      <w:tr w:rsidR="00F90C30" w:rsidRPr="00B628D4">
        <w:trPr>
          <w:jc w:val="center"/>
        </w:trPr>
        <w:tc>
          <w:tcPr>
            <w:tcW w:w="2550" w:type="dxa"/>
            <w:vAlign w:val="center"/>
          </w:tcPr>
          <w:p w:rsidR="00F90C30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  <w:rtl/>
              </w:rPr>
              <w:t>۴</w:t>
            </w:r>
          </w:p>
        </w:tc>
        <w:tc>
          <w:tcPr>
            <w:tcW w:w="2550" w:type="dxa"/>
            <w:vAlign w:val="center"/>
          </w:tcPr>
          <w:p w:rsidR="00F90C30" w:rsidRPr="00B628D4" w:rsidRDefault="00F90C30" w:rsidP="00B628D4">
            <w:pPr>
              <w:bidi/>
              <w:jc w:val="both"/>
              <w:rPr>
                <w:rFonts w:ascii="times" w:hAnsi="times" w:cs="B Nazanin"/>
              </w:rPr>
            </w:pPr>
          </w:p>
        </w:tc>
        <w:tc>
          <w:tcPr>
            <w:tcW w:w="2550" w:type="dxa"/>
            <w:vAlign w:val="center"/>
          </w:tcPr>
          <w:p w:rsidR="00F90C30" w:rsidRPr="00B628D4" w:rsidRDefault="00F90C30" w:rsidP="00B628D4">
            <w:pPr>
              <w:bidi/>
              <w:jc w:val="both"/>
              <w:rPr>
                <w:rFonts w:ascii="times" w:hAnsi="times" w:cs="B Nazanin"/>
              </w:rPr>
            </w:pPr>
          </w:p>
        </w:tc>
        <w:tc>
          <w:tcPr>
            <w:tcW w:w="2550" w:type="dxa"/>
            <w:vAlign w:val="center"/>
          </w:tcPr>
          <w:p w:rsidR="00F90C30" w:rsidRPr="00B628D4" w:rsidRDefault="00F90C30" w:rsidP="00B628D4">
            <w:pPr>
              <w:bidi/>
              <w:jc w:val="both"/>
              <w:rPr>
                <w:rFonts w:ascii="times" w:hAnsi="times" w:cs="B Nazanin"/>
              </w:rPr>
            </w:pPr>
          </w:p>
        </w:tc>
      </w:tr>
      <w:tr w:rsidR="00F90C30" w:rsidRPr="00B628D4">
        <w:trPr>
          <w:jc w:val="center"/>
        </w:trPr>
        <w:tc>
          <w:tcPr>
            <w:tcW w:w="2550" w:type="dxa"/>
            <w:vAlign w:val="center"/>
          </w:tcPr>
          <w:p w:rsidR="00F90C30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  <w:rtl/>
              </w:rPr>
              <w:t>۵</w:t>
            </w:r>
          </w:p>
        </w:tc>
        <w:tc>
          <w:tcPr>
            <w:tcW w:w="2550" w:type="dxa"/>
            <w:vAlign w:val="center"/>
          </w:tcPr>
          <w:p w:rsidR="00F90C30" w:rsidRPr="00B628D4" w:rsidRDefault="00F90C30" w:rsidP="00B628D4">
            <w:pPr>
              <w:bidi/>
              <w:jc w:val="both"/>
              <w:rPr>
                <w:rFonts w:ascii="times" w:hAnsi="times" w:cs="B Nazanin"/>
              </w:rPr>
            </w:pPr>
          </w:p>
        </w:tc>
        <w:tc>
          <w:tcPr>
            <w:tcW w:w="2550" w:type="dxa"/>
            <w:vAlign w:val="center"/>
          </w:tcPr>
          <w:p w:rsidR="00F90C30" w:rsidRPr="00B628D4" w:rsidRDefault="00F90C30" w:rsidP="00B628D4">
            <w:pPr>
              <w:bidi/>
              <w:jc w:val="both"/>
              <w:rPr>
                <w:rFonts w:ascii="times" w:hAnsi="times" w:cs="B Nazanin"/>
              </w:rPr>
            </w:pPr>
          </w:p>
        </w:tc>
        <w:tc>
          <w:tcPr>
            <w:tcW w:w="2550" w:type="dxa"/>
            <w:vAlign w:val="center"/>
          </w:tcPr>
          <w:p w:rsidR="00F90C30" w:rsidRPr="00B628D4" w:rsidRDefault="00F90C30" w:rsidP="00B628D4">
            <w:pPr>
              <w:bidi/>
              <w:jc w:val="both"/>
              <w:rPr>
                <w:rFonts w:ascii="times" w:hAnsi="times" w:cs="B Nazanin"/>
              </w:rPr>
            </w:pPr>
          </w:p>
        </w:tc>
      </w:tr>
    </w:tbl>
    <w:p w:rsidR="00F90C30" w:rsidRPr="00B628D4" w:rsidRDefault="00F90C30" w:rsidP="00B628D4">
      <w:pPr>
        <w:bidi/>
        <w:jc w:val="both"/>
        <w:rPr>
          <w:rFonts w:ascii="times" w:hAnsi="times" w:cs="B Nazanin"/>
        </w:rPr>
      </w:pPr>
    </w:p>
    <w:p w:rsidR="00F90C30" w:rsidRPr="00B628D4" w:rsidRDefault="00B628D4" w:rsidP="00B628D4">
      <w:pPr>
        <w:pStyle w:val="Title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szCs w:val="36"/>
          <w:rtl/>
        </w:rPr>
        <w:lastRenderedPageBreak/>
        <w:t>بخش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دوم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ـ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مشخصات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علمی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و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فنی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طرح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۱</w:t>
      </w:r>
      <w:r w:rsidRPr="00B628D4">
        <w:rPr>
          <w:rFonts w:ascii="times" w:eastAsia="B Nazanin" w:hAnsi="times" w:cs="B Nazanin"/>
          <w:b w:val="0"/>
        </w:rPr>
        <w:t xml:space="preserve">.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عنوان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طرح</w:t>
      </w:r>
      <w:r w:rsidRPr="00B628D4">
        <w:rPr>
          <w:rFonts w:ascii="times" w:eastAsia="B Nazanin" w:hAnsi="times" w:cs="B Nazanin"/>
          <w:b w:val="0"/>
        </w:rPr>
        <w:t xml:space="preserve"> /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ایده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rtl/>
        </w:rPr>
        <w:t>عنوان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باید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کوتاه،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دقیق،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گویا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بیانگر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ماهیت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اصلی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طرح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باشد</w:t>
      </w:r>
      <w:r w:rsidRPr="00B628D4">
        <w:rPr>
          <w:rFonts w:ascii="times" w:hAnsi="times" w:cs="B Nazanin"/>
        </w:rPr>
        <w:t>.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 w:hint="cs"/>
          <w:lang w:bidi="fa-IR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۲</w:t>
      </w:r>
      <w:r w:rsidRPr="00B628D4">
        <w:rPr>
          <w:rFonts w:ascii="times" w:eastAsia="B Nazanin" w:hAnsi="times" w:cs="B Nazanin"/>
          <w:b w:val="0"/>
        </w:rPr>
        <w:t xml:space="preserve">.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حوزه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تخصصی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زیست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فناوری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میکروبیولوژی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پزشکی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سلامت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داروسازی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فرآورده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های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سلامت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تجهیزات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فناوری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های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پزشکی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علوم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صنایع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غذایی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کشاورزی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زیست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کشاورزی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محیط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زیست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نانوفناوری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هوش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مصنوعی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زیست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محاسبات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سلول،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مولکول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ژنتیک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واکسن،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سرم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فرآورده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های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بیولوژیک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تشخیص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کیت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های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آزمایشگاهی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lastRenderedPageBreak/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سایر</w:t>
      </w:r>
      <w:r w:rsidRPr="00B628D4">
        <w:rPr>
          <w:rFonts w:ascii="times" w:hAnsi="times" w:cs="B Nazanin"/>
        </w:rPr>
        <w:t>: ....................................................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 w:hint="cs"/>
          <w:lang w:bidi="fa-IR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۳</w:t>
      </w:r>
      <w:r w:rsidRPr="00B628D4">
        <w:rPr>
          <w:rFonts w:ascii="times" w:eastAsia="B Nazanin" w:hAnsi="times" w:cs="B Nazanin"/>
          <w:b w:val="0"/>
        </w:rPr>
        <w:t xml:space="preserve">.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بیان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مسئله</w:t>
      </w:r>
      <w:r w:rsidRPr="00B628D4">
        <w:rPr>
          <w:rFonts w:ascii="times" w:eastAsia="B Nazanin" w:hAnsi="times" w:cs="B Nazanin"/>
          <w:b w:val="0"/>
        </w:rPr>
        <w:t xml:space="preserve"> /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چالش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rtl/>
        </w:rPr>
        <w:t>لطفاً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مسئله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یا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چالش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اصلی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که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طرح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درصدد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حل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آن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است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را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به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صورت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دقیق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بیان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کنید</w:t>
      </w:r>
      <w:r w:rsidRPr="00B628D4">
        <w:rPr>
          <w:rFonts w:ascii="times" w:hAnsi="times" w:cs="B Nazanin"/>
        </w:rPr>
        <w:t>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۴</w:t>
      </w:r>
      <w:r w:rsidRPr="00B628D4">
        <w:rPr>
          <w:rFonts w:ascii="times" w:eastAsia="B Nazanin" w:hAnsi="times" w:cs="B Nazanin"/>
          <w:b w:val="0"/>
        </w:rPr>
        <w:t xml:space="preserve">.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ایده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و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راهکار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پیشنهادی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rtl/>
        </w:rPr>
        <w:t>راهکار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پیشنهادی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خود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برای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حل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مسئله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را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توضیح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دهید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مشخص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کنید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ایده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شما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چگونه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می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تواند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مشکل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مطرح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شده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را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برطرف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کند</w:t>
      </w:r>
      <w:r w:rsidRPr="00B628D4">
        <w:rPr>
          <w:rFonts w:ascii="times" w:hAnsi="times" w:cs="B Nazanin"/>
        </w:rPr>
        <w:t>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۵</w:t>
      </w:r>
      <w:r w:rsidRPr="00B628D4">
        <w:rPr>
          <w:rFonts w:ascii="times" w:eastAsia="B Nazanin" w:hAnsi="times" w:cs="B Nazanin"/>
          <w:b w:val="0"/>
        </w:rPr>
        <w:t xml:space="preserve">.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ضرورت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و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اهمیت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طرح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rtl/>
        </w:rPr>
        <w:t>چرا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اجرای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این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طرح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ضروری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است؟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این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طرح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چه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نیازی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از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جامعه،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صنعت،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دانشگاه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یا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بازار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را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پاسخ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می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دهد؟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lastRenderedPageBreak/>
        <w:t>۶</w:t>
      </w:r>
      <w:r w:rsidRPr="00B628D4">
        <w:rPr>
          <w:rFonts w:ascii="times" w:eastAsia="B Nazanin" w:hAnsi="times" w:cs="B Nazanin"/>
          <w:b w:val="0"/>
        </w:rPr>
        <w:t xml:space="preserve">.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اهداف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طرح</w:t>
      </w:r>
    </w:p>
    <w:p w:rsidR="00F90C30" w:rsidRPr="00B628D4" w:rsidRDefault="00B628D4" w:rsidP="00B628D4">
      <w:pPr>
        <w:pStyle w:val="Heading2"/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times" w:eastAsia="B Nazanin" w:hAnsi="times" w:cs="B Nazanin"/>
          <w:b w:val="0"/>
          <w:bCs w:val="0"/>
          <w:rtl/>
        </w:rPr>
        <w:t>هدف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rtl/>
        </w:rPr>
        <w:t>اصلی</w:t>
      </w:r>
      <w:r w:rsidRPr="00B628D4">
        <w:rPr>
          <w:rFonts w:ascii="times" w:eastAsia="B Nazanin" w:hAnsi="times" w:cs="B Nazanin"/>
          <w:b w:val="0"/>
        </w:rPr>
        <w:t>: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pStyle w:val="Heading2"/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times" w:eastAsia="B Nazanin" w:hAnsi="times" w:cs="B Nazanin"/>
          <w:b w:val="0"/>
          <w:bCs w:val="0"/>
          <w:rtl/>
        </w:rPr>
        <w:t>اهداف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rtl/>
        </w:rPr>
        <w:t>اختصاصی</w:t>
      </w:r>
      <w:r w:rsidRPr="00B628D4">
        <w:rPr>
          <w:rFonts w:ascii="times" w:eastAsia="B Nazanin" w:hAnsi="times" w:cs="B Nazanin"/>
          <w:b w:val="0"/>
        </w:rPr>
        <w:t>: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rtl/>
        </w:rPr>
        <w:t>۱</w:t>
      </w:r>
      <w:r w:rsidRPr="00B628D4">
        <w:rPr>
          <w:rFonts w:ascii="times" w:hAnsi="times" w:cs="B Nazanin"/>
        </w:rPr>
        <w:t>. 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rtl/>
        </w:rPr>
        <w:t>۲</w:t>
      </w:r>
      <w:r w:rsidRPr="00B628D4">
        <w:rPr>
          <w:rFonts w:ascii="times" w:hAnsi="times" w:cs="B Nazanin"/>
        </w:rPr>
        <w:t>. 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rtl/>
        </w:rPr>
        <w:t>۳</w:t>
      </w:r>
      <w:r w:rsidRPr="00B628D4">
        <w:rPr>
          <w:rFonts w:ascii="times" w:hAnsi="times" w:cs="B Nazanin"/>
        </w:rPr>
        <w:t>. 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rtl/>
        </w:rPr>
        <w:t>۴</w:t>
      </w:r>
      <w:r w:rsidRPr="00B628D4">
        <w:rPr>
          <w:rFonts w:ascii="times" w:hAnsi="times" w:cs="B Nazanin"/>
        </w:rPr>
        <w:t>. ..............................................................................................</w:t>
      </w:r>
    </w:p>
    <w:p w:rsidR="00F90C30" w:rsidRPr="00B628D4" w:rsidRDefault="00B628D4" w:rsidP="00B628D4">
      <w:pPr>
        <w:pStyle w:val="Title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szCs w:val="36"/>
          <w:rtl/>
        </w:rPr>
        <w:t>بخش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سوم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ـ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نوآوری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و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مزیت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رقابتی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۱</w:t>
      </w:r>
      <w:r w:rsidRPr="00B628D4">
        <w:rPr>
          <w:rFonts w:ascii="times" w:eastAsia="B Nazanin" w:hAnsi="times" w:cs="B Nazanin"/>
          <w:b w:val="0"/>
        </w:rPr>
        <w:t xml:space="preserve">.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وجه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تمایز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و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نوآوری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طرح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rtl/>
        </w:rPr>
        <w:t>مهم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ترین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ویژگی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نوآورانه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طرح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خود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را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توضیح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دهید</w:t>
      </w:r>
      <w:r w:rsidRPr="00B628D4">
        <w:rPr>
          <w:rFonts w:ascii="times" w:hAnsi="times" w:cs="B Nazanin"/>
        </w:rPr>
        <w:t>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۲</w:t>
      </w:r>
      <w:r w:rsidRPr="00B628D4">
        <w:rPr>
          <w:rFonts w:ascii="times" w:eastAsia="B Nazanin" w:hAnsi="times" w:cs="B Nazanin"/>
          <w:b w:val="0"/>
        </w:rPr>
        <w:t xml:space="preserve">.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وضعیت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راهکارهای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موجود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rtl/>
        </w:rPr>
        <w:t>آیا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نمونه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مشابه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داخلی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یا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خارجی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وجود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دارد؟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بله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خیر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اطلاع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ندارم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rtl/>
        </w:rPr>
        <w:lastRenderedPageBreak/>
        <w:t>در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صورت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وجود،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نمونه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های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مشابه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تفاوت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طرح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خود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را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بیان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کنید</w:t>
      </w:r>
      <w:r w:rsidRPr="00B628D4">
        <w:rPr>
          <w:rFonts w:ascii="times" w:hAnsi="times" w:cs="B Nazanin"/>
        </w:rPr>
        <w:t>: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۳</w:t>
      </w:r>
      <w:r w:rsidRPr="00B628D4">
        <w:rPr>
          <w:rFonts w:ascii="times" w:eastAsia="B Nazanin" w:hAnsi="times" w:cs="B Nazanin"/>
          <w:b w:val="0"/>
        </w:rPr>
        <w:t xml:space="preserve">.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مزیت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طرح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نسبت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به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نمونه</w:t>
      </w:r>
      <w:r w:rsidRPr="00B628D4">
        <w:rPr>
          <w:rFonts w:ascii="times" w:eastAsia="B Nazanin" w:hAnsi="times" w:cs="B Nazanin"/>
          <w:b w:val="0"/>
        </w:rPr>
        <w:t>‌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های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موجود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کاهش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هزینه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افزایش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کیفیت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افزایش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سرعت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افزایش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دقت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بومی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سازی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فناوری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کاهش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مصرف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مواد</w:t>
      </w:r>
      <w:r w:rsidRPr="00B628D4">
        <w:rPr>
          <w:rFonts w:ascii="times" w:hAnsi="times" w:cs="B Nazanin"/>
        </w:rPr>
        <w:t xml:space="preserve"> / </w:t>
      </w:r>
      <w:r w:rsidRPr="00B628D4">
        <w:rPr>
          <w:rFonts w:ascii="times" w:hAnsi="times" w:cs="B Nazanin"/>
          <w:rtl/>
        </w:rPr>
        <w:t>انرژی</w:t>
      </w:r>
    </w:p>
    <w:p w:rsidR="00F90C30" w:rsidRPr="00B628D4" w:rsidRDefault="00B628D4" w:rsidP="00B628D4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افزایش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دسترسی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قابلیت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تولید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انبوه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قابلیت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صادرات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سایر</w:t>
      </w:r>
      <w:r w:rsidRPr="00B628D4">
        <w:rPr>
          <w:rFonts w:ascii="times" w:hAnsi="times" w:cs="B Nazanin"/>
        </w:rPr>
        <w:t>: 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times" w:hAnsi="times" w:cs="B Nazanin"/>
          <w:rtl/>
        </w:rPr>
        <w:t>توضیحات</w:t>
      </w:r>
      <w:r w:rsidRPr="00B628D4">
        <w:rPr>
          <w:rFonts w:ascii="times" w:hAnsi="times" w:cs="B Nazanin"/>
        </w:rPr>
        <w:t>: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pStyle w:val="Title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szCs w:val="36"/>
          <w:rtl/>
        </w:rPr>
        <w:t>بخش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چهارم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ـ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روش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اجرا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۱</w:t>
      </w:r>
      <w:r w:rsidRPr="00B628D4">
        <w:rPr>
          <w:rFonts w:ascii="times" w:eastAsia="B Nazanin" w:hAnsi="times" w:cs="B Nazanin"/>
          <w:b w:val="0"/>
        </w:rPr>
        <w:t xml:space="preserve">.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روش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پیشنهادی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اجرای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طرح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lastRenderedPageBreak/>
        <w:t>....................................................................................................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۲</w:t>
      </w:r>
      <w:r w:rsidRPr="00B628D4">
        <w:rPr>
          <w:rFonts w:ascii="times" w:eastAsia="B Nazanin" w:hAnsi="times" w:cs="B Nazanin"/>
          <w:b w:val="0"/>
        </w:rPr>
        <w:t xml:space="preserve">.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تجهیزات،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مواد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و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زیرساخت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مورد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نیاز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۳</w:t>
      </w:r>
      <w:r w:rsidRPr="00B628D4">
        <w:rPr>
          <w:rFonts w:ascii="times" w:eastAsia="B Nazanin" w:hAnsi="times" w:cs="B Nazanin"/>
          <w:b w:val="0"/>
        </w:rPr>
        <w:t xml:space="preserve">.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مدت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زمان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مورد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نیاز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برای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اجرای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طرح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 xml:space="preserve">.................. </w:t>
      </w:r>
      <w:r w:rsidRPr="00B628D4">
        <w:rPr>
          <w:rFonts w:ascii="times" w:hAnsi="times" w:cs="B Nazanin"/>
          <w:rtl/>
        </w:rPr>
        <w:t>ماه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۴</w:t>
      </w:r>
      <w:r w:rsidRPr="00B628D4">
        <w:rPr>
          <w:rFonts w:ascii="times" w:eastAsia="B Nazanin" w:hAnsi="times" w:cs="B Nazanin"/>
          <w:b w:val="0"/>
        </w:rPr>
        <w:t xml:space="preserve">.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مراحل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اصلی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اجرای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طرح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0"/>
        <w:gridCol w:w="6239"/>
        <w:gridCol w:w="633"/>
      </w:tblGrid>
      <w:tr w:rsidR="00B628D4" w:rsidRPr="00B628D4" w:rsidTr="00B628D4">
        <w:trPr>
          <w:jc w:val="center"/>
        </w:trPr>
        <w:tc>
          <w:tcPr>
            <w:tcW w:w="3400" w:type="dxa"/>
            <w:vAlign w:val="center"/>
          </w:tcPr>
          <w:p w:rsidR="00B628D4" w:rsidRPr="00B628D4" w:rsidRDefault="00B628D4" w:rsidP="00B628D4">
            <w:pPr>
              <w:bidi/>
              <w:jc w:val="center"/>
              <w:rPr>
                <w:rFonts w:ascii="times" w:hAnsi="times" w:cs="B Nazanin"/>
                <w:b/>
                <w:bCs/>
              </w:rPr>
            </w:pPr>
            <w:r w:rsidRPr="00B628D4">
              <w:rPr>
                <w:rFonts w:ascii="times" w:hAnsi="times" w:cs="B Nazanin" w:hint="cs"/>
                <w:b/>
                <w:bCs/>
                <w:rtl/>
              </w:rPr>
              <w:t>مدت زمان تقریبی</w:t>
            </w:r>
          </w:p>
        </w:tc>
        <w:tc>
          <w:tcPr>
            <w:tcW w:w="6239" w:type="dxa"/>
            <w:vAlign w:val="center"/>
          </w:tcPr>
          <w:p w:rsidR="00B628D4" w:rsidRPr="00B628D4" w:rsidRDefault="00B628D4" w:rsidP="00B628D4">
            <w:pPr>
              <w:bidi/>
              <w:jc w:val="center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  <w:b/>
                <w:bCs/>
                <w:rtl/>
              </w:rPr>
              <w:t>مرحله</w:t>
            </w:r>
            <w:r w:rsidRPr="00B628D4">
              <w:rPr>
                <w:rFonts w:ascii="times" w:hAnsi="times" w:cs="B Nazanin"/>
                <w:b/>
              </w:rPr>
              <w:t xml:space="preserve"> </w:t>
            </w:r>
            <w:r w:rsidRPr="00B628D4">
              <w:rPr>
                <w:rFonts w:ascii="times" w:hAnsi="times" w:cs="B Nazanin"/>
                <w:b/>
                <w:bCs/>
                <w:rtl/>
              </w:rPr>
              <w:t>شرح</w:t>
            </w:r>
            <w:r w:rsidRPr="00B628D4">
              <w:rPr>
                <w:rFonts w:ascii="times" w:hAnsi="times" w:cs="B Nazanin"/>
                <w:b/>
              </w:rPr>
              <w:t xml:space="preserve"> </w:t>
            </w:r>
            <w:r w:rsidRPr="00B628D4">
              <w:rPr>
                <w:rFonts w:ascii="times" w:hAnsi="times" w:cs="B Nazanin"/>
                <w:b/>
                <w:bCs/>
                <w:rtl/>
              </w:rPr>
              <w:t>فعالیت</w:t>
            </w:r>
            <w:r w:rsidRPr="00B628D4">
              <w:rPr>
                <w:rFonts w:ascii="times" w:hAnsi="times" w:cs="B Nazanin"/>
                <w:b/>
              </w:rPr>
              <w:t xml:space="preserve"> </w:t>
            </w:r>
            <w:r w:rsidRPr="00B628D4">
              <w:rPr>
                <w:rFonts w:ascii="times" w:hAnsi="times" w:cs="B Nazanin"/>
                <w:b/>
                <w:bCs/>
                <w:rtl/>
              </w:rPr>
              <w:t>زمان</w:t>
            </w:r>
            <w:r w:rsidRPr="00B628D4">
              <w:rPr>
                <w:rFonts w:ascii="times" w:hAnsi="times" w:cs="B Nazanin"/>
                <w:b/>
              </w:rPr>
              <w:t xml:space="preserve"> </w:t>
            </w:r>
            <w:r w:rsidRPr="00B628D4">
              <w:rPr>
                <w:rFonts w:ascii="times" w:hAnsi="times" w:cs="B Nazanin"/>
                <w:b/>
                <w:bCs/>
                <w:rtl/>
              </w:rPr>
              <w:t>تقریبی</w:t>
            </w:r>
          </w:p>
        </w:tc>
        <w:tc>
          <w:tcPr>
            <w:tcW w:w="561" w:type="dxa"/>
            <w:vAlign w:val="center"/>
          </w:tcPr>
          <w:p w:rsidR="00B628D4" w:rsidRPr="00B628D4" w:rsidRDefault="00B628D4" w:rsidP="00B628D4">
            <w:pPr>
              <w:bidi/>
              <w:jc w:val="center"/>
              <w:rPr>
                <w:rFonts w:ascii="times" w:hAnsi="times" w:cs="B Nazanin"/>
                <w:b/>
                <w:bCs/>
              </w:rPr>
            </w:pPr>
            <w:r w:rsidRPr="00B628D4">
              <w:rPr>
                <w:rFonts w:ascii="times" w:hAnsi="times" w:cs="B Nazanin" w:hint="cs"/>
                <w:b/>
                <w:bCs/>
                <w:rtl/>
              </w:rPr>
              <w:t>ردیف</w:t>
            </w:r>
          </w:p>
        </w:tc>
      </w:tr>
      <w:tr w:rsidR="00B628D4" w:rsidRPr="00B628D4" w:rsidTr="00B628D4">
        <w:trPr>
          <w:jc w:val="center"/>
        </w:trPr>
        <w:tc>
          <w:tcPr>
            <w:tcW w:w="3400" w:type="dxa"/>
            <w:vAlign w:val="center"/>
          </w:tcPr>
          <w:p w:rsidR="00B628D4" w:rsidRPr="00B628D4" w:rsidRDefault="00B628D4" w:rsidP="00B628D4">
            <w:pPr>
              <w:bidi/>
              <w:jc w:val="center"/>
              <w:rPr>
                <w:rFonts w:ascii="times" w:hAnsi="times" w:cs="B Nazanin"/>
              </w:rPr>
            </w:pPr>
          </w:p>
        </w:tc>
        <w:tc>
          <w:tcPr>
            <w:tcW w:w="6239" w:type="dxa"/>
            <w:vAlign w:val="center"/>
          </w:tcPr>
          <w:p w:rsidR="00B628D4" w:rsidRPr="00B628D4" w:rsidRDefault="00B628D4" w:rsidP="00B628D4">
            <w:pPr>
              <w:bidi/>
              <w:rPr>
                <w:rFonts w:ascii="times" w:hAnsi="times" w:cs="B Nazanin"/>
              </w:rPr>
            </w:pPr>
          </w:p>
        </w:tc>
        <w:tc>
          <w:tcPr>
            <w:tcW w:w="561" w:type="dxa"/>
            <w:vAlign w:val="center"/>
          </w:tcPr>
          <w:p w:rsidR="00B628D4" w:rsidRPr="00B628D4" w:rsidRDefault="00B628D4" w:rsidP="00B628D4">
            <w:pPr>
              <w:bidi/>
              <w:rPr>
                <w:rFonts w:ascii="times" w:hAnsi="times" w:cs="B Nazanin"/>
              </w:rPr>
            </w:pPr>
            <w:r>
              <w:rPr>
                <w:rFonts w:ascii="times" w:hAnsi="times" w:cs="B Nazanin" w:hint="cs"/>
                <w:rtl/>
              </w:rPr>
              <w:t>1</w:t>
            </w:r>
          </w:p>
        </w:tc>
      </w:tr>
      <w:tr w:rsidR="00B628D4" w:rsidRPr="00B628D4" w:rsidTr="00B628D4">
        <w:trPr>
          <w:jc w:val="center"/>
        </w:trPr>
        <w:tc>
          <w:tcPr>
            <w:tcW w:w="3400" w:type="dxa"/>
            <w:vAlign w:val="center"/>
          </w:tcPr>
          <w:p w:rsidR="00B628D4" w:rsidRPr="00B628D4" w:rsidRDefault="00B628D4" w:rsidP="00B628D4">
            <w:pPr>
              <w:bidi/>
              <w:jc w:val="center"/>
              <w:rPr>
                <w:rFonts w:ascii="times" w:hAnsi="times" w:cs="B Nazanin"/>
              </w:rPr>
            </w:pPr>
          </w:p>
        </w:tc>
        <w:tc>
          <w:tcPr>
            <w:tcW w:w="6239" w:type="dxa"/>
            <w:vAlign w:val="center"/>
          </w:tcPr>
          <w:p w:rsidR="00B628D4" w:rsidRPr="00B628D4" w:rsidRDefault="00B628D4" w:rsidP="00B628D4">
            <w:pPr>
              <w:bidi/>
              <w:rPr>
                <w:rFonts w:ascii="times" w:hAnsi="times" w:cs="B Nazanin"/>
              </w:rPr>
            </w:pPr>
          </w:p>
        </w:tc>
        <w:tc>
          <w:tcPr>
            <w:tcW w:w="561" w:type="dxa"/>
            <w:vAlign w:val="center"/>
          </w:tcPr>
          <w:p w:rsidR="00B628D4" w:rsidRPr="00B628D4" w:rsidRDefault="00B628D4" w:rsidP="00B628D4">
            <w:pPr>
              <w:bidi/>
              <w:rPr>
                <w:rFonts w:ascii="times" w:hAnsi="times" w:cs="B Nazanin"/>
              </w:rPr>
            </w:pPr>
            <w:r>
              <w:rPr>
                <w:rFonts w:ascii="times" w:hAnsi="times" w:cs="B Nazanin" w:hint="cs"/>
                <w:rtl/>
              </w:rPr>
              <w:t>2</w:t>
            </w:r>
          </w:p>
        </w:tc>
      </w:tr>
      <w:tr w:rsidR="00B628D4" w:rsidRPr="00B628D4" w:rsidTr="00B628D4">
        <w:trPr>
          <w:jc w:val="center"/>
        </w:trPr>
        <w:tc>
          <w:tcPr>
            <w:tcW w:w="3400" w:type="dxa"/>
            <w:vAlign w:val="center"/>
          </w:tcPr>
          <w:p w:rsidR="00B628D4" w:rsidRPr="00B628D4" w:rsidRDefault="00B628D4" w:rsidP="00B628D4">
            <w:pPr>
              <w:bidi/>
              <w:jc w:val="center"/>
              <w:rPr>
                <w:rFonts w:ascii="times" w:hAnsi="times" w:cs="B Nazanin"/>
              </w:rPr>
            </w:pPr>
          </w:p>
        </w:tc>
        <w:tc>
          <w:tcPr>
            <w:tcW w:w="6239" w:type="dxa"/>
            <w:vAlign w:val="center"/>
          </w:tcPr>
          <w:p w:rsidR="00B628D4" w:rsidRPr="00B628D4" w:rsidRDefault="00B628D4" w:rsidP="00B628D4">
            <w:pPr>
              <w:bidi/>
              <w:rPr>
                <w:rFonts w:ascii="times" w:hAnsi="times" w:cs="B Nazanin"/>
              </w:rPr>
            </w:pPr>
          </w:p>
        </w:tc>
        <w:tc>
          <w:tcPr>
            <w:tcW w:w="561" w:type="dxa"/>
            <w:vAlign w:val="center"/>
          </w:tcPr>
          <w:p w:rsidR="00B628D4" w:rsidRPr="00B628D4" w:rsidRDefault="00B628D4" w:rsidP="00B628D4">
            <w:pPr>
              <w:bidi/>
              <w:rPr>
                <w:rFonts w:ascii="times" w:hAnsi="times" w:cs="B Nazanin"/>
              </w:rPr>
            </w:pPr>
            <w:r>
              <w:rPr>
                <w:rFonts w:ascii="times" w:hAnsi="times" w:cs="B Nazanin" w:hint="cs"/>
                <w:rtl/>
              </w:rPr>
              <w:t>3</w:t>
            </w:r>
          </w:p>
        </w:tc>
      </w:tr>
      <w:tr w:rsidR="00B628D4" w:rsidRPr="00B628D4" w:rsidTr="00B628D4">
        <w:trPr>
          <w:jc w:val="center"/>
        </w:trPr>
        <w:tc>
          <w:tcPr>
            <w:tcW w:w="3400" w:type="dxa"/>
            <w:vAlign w:val="center"/>
          </w:tcPr>
          <w:p w:rsidR="00B628D4" w:rsidRPr="00B628D4" w:rsidRDefault="00B628D4" w:rsidP="00B628D4">
            <w:pPr>
              <w:bidi/>
              <w:jc w:val="center"/>
              <w:rPr>
                <w:rFonts w:ascii="times" w:hAnsi="times" w:cs="B Nazanin"/>
              </w:rPr>
            </w:pPr>
          </w:p>
        </w:tc>
        <w:tc>
          <w:tcPr>
            <w:tcW w:w="6239" w:type="dxa"/>
            <w:vAlign w:val="center"/>
          </w:tcPr>
          <w:p w:rsidR="00B628D4" w:rsidRPr="00B628D4" w:rsidRDefault="00B628D4" w:rsidP="00B628D4">
            <w:pPr>
              <w:bidi/>
              <w:rPr>
                <w:rFonts w:ascii="times" w:hAnsi="times" w:cs="B Nazanin"/>
              </w:rPr>
            </w:pPr>
          </w:p>
        </w:tc>
        <w:tc>
          <w:tcPr>
            <w:tcW w:w="561" w:type="dxa"/>
            <w:vAlign w:val="center"/>
          </w:tcPr>
          <w:p w:rsidR="00B628D4" w:rsidRPr="00B628D4" w:rsidRDefault="00B628D4" w:rsidP="00B628D4">
            <w:pPr>
              <w:bidi/>
              <w:rPr>
                <w:rFonts w:ascii="times" w:hAnsi="times" w:cs="B Nazanin"/>
              </w:rPr>
            </w:pPr>
            <w:r>
              <w:rPr>
                <w:rFonts w:ascii="times" w:hAnsi="times" w:cs="B Nazanin" w:hint="cs"/>
                <w:rtl/>
              </w:rPr>
              <w:t>4</w:t>
            </w:r>
          </w:p>
        </w:tc>
      </w:tr>
      <w:tr w:rsidR="00B628D4" w:rsidRPr="00B628D4" w:rsidTr="00B628D4">
        <w:trPr>
          <w:jc w:val="center"/>
        </w:trPr>
        <w:tc>
          <w:tcPr>
            <w:tcW w:w="3400" w:type="dxa"/>
            <w:vAlign w:val="center"/>
          </w:tcPr>
          <w:p w:rsidR="00B628D4" w:rsidRPr="00B628D4" w:rsidRDefault="00B628D4" w:rsidP="00B628D4">
            <w:pPr>
              <w:bidi/>
              <w:jc w:val="center"/>
              <w:rPr>
                <w:rFonts w:ascii="times" w:hAnsi="times" w:cs="B Nazanin"/>
              </w:rPr>
            </w:pPr>
          </w:p>
        </w:tc>
        <w:tc>
          <w:tcPr>
            <w:tcW w:w="6239" w:type="dxa"/>
            <w:vAlign w:val="center"/>
          </w:tcPr>
          <w:p w:rsidR="00B628D4" w:rsidRPr="00B628D4" w:rsidRDefault="00B628D4" w:rsidP="00B628D4">
            <w:pPr>
              <w:bidi/>
              <w:rPr>
                <w:rFonts w:ascii="times" w:hAnsi="times" w:cs="B Nazanin"/>
              </w:rPr>
            </w:pPr>
          </w:p>
        </w:tc>
        <w:tc>
          <w:tcPr>
            <w:tcW w:w="561" w:type="dxa"/>
            <w:vAlign w:val="center"/>
          </w:tcPr>
          <w:p w:rsidR="00B628D4" w:rsidRPr="00B628D4" w:rsidRDefault="00B628D4" w:rsidP="00B628D4">
            <w:pPr>
              <w:bidi/>
              <w:rPr>
                <w:rFonts w:ascii="times" w:hAnsi="times" w:cs="B Nazanin"/>
              </w:rPr>
            </w:pPr>
            <w:r>
              <w:rPr>
                <w:rFonts w:ascii="times" w:hAnsi="times" w:cs="B Nazanin" w:hint="cs"/>
                <w:rtl/>
              </w:rPr>
              <w:t>5</w:t>
            </w:r>
          </w:p>
        </w:tc>
      </w:tr>
    </w:tbl>
    <w:p w:rsidR="00F90C30" w:rsidRPr="00B628D4" w:rsidRDefault="00B628D4" w:rsidP="00B628D4">
      <w:pPr>
        <w:pStyle w:val="Title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szCs w:val="36"/>
          <w:rtl/>
        </w:rPr>
        <w:t>بخش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پنجم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ـ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خروجی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و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دستاورد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مورد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انتظار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rtl/>
        </w:rPr>
        <w:t>خروجی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اصلی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طرح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چیست؟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مقاله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علمی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اختراع</w:t>
      </w:r>
      <w:r w:rsidRPr="00B628D4">
        <w:rPr>
          <w:rFonts w:ascii="times" w:hAnsi="times" w:cs="B Nazanin"/>
        </w:rPr>
        <w:t xml:space="preserve"> / </w:t>
      </w:r>
      <w:r w:rsidRPr="00B628D4">
        <w:rPr>
          <w:rFonts w:ascii="times" w:hAnsi="times" w:cs="B Nazanin"/>
          <w:rtl/>
        </w:rPr>
        <w:t>ثبت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مالکیت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فکری</w:t>
      </w:r>
    </w:p>
    <w:p w:rsidR="00F90C30" w:rsidRPr="00B628D4" w:rsidRDefault="00B628D4" w:rsidP="00B628D4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نمونه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آزمایشگاهی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نمونه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اولیه</w:t>
      </w:r>
      <w:r w:rsidRPr="00B628D4">
        <w:rPr>
          <w:rFonts w:ascii="times" w:hAnsi="times" w:cs="B Nazanin"/>
        </w:rPr>
        <w:t xml:space="preserve"> (Prototype)</w:t>
      </w:r>
    </w:p>
    <w:p w:rsidR="00F90C30" w:rsidRPr="00B628D4" w:rsidRDefault="00B628D4" w:rsidP="00B628D4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محصول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تجاری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lastRenderedPageBreak/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نرم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افزار</w:t>
      </w:r>
      <w:r w:rsidRPr="00B628D4">
        <w:rPr>
          <w:rFonts w:ascii="times" w:hAnsi="times" w:cs="B Nazanin"/>
        </w:rPr>
        <w:t xml:space="preserve"> / </w:t>
      </w:r>
      <w:r w:rsidRPr="00B628D4">
        <w:rPr>
          <w:rFonts w:ascii="times" w:hAnsi="times" w:cs="B Nazanin"/>
          <w:rtl/>
        </w:rPr>
        <w:t>سامانه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کیت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تشخیصی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فرآورده</w:t>
      </w:r>
      <w:r w:rsidRPr="00B628D4">
        <w:rPr>
          <w:rFonts w:ascii="times" w:hAnsi="times" w:cs="B Nazanin"/>
        </w:rPr>
        <w:t xml:space="preserve"> / </w:t>
      </w:r>
      <w:r w:rsidRPr="00B628D4">
        <w:rPr>
          <w:rFonts w:ascii="times" w:hAnsi="times" w:cs="B Nazanin"/>
          <w:rtl/>
        </w:rPr>
        <w:t>محصول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زیستی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خدمت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فناورانه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ایجاد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کسب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وکار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سایر</w:t>
      </w:r>
      <w:r w:rsidRPr="00B628D4">
        <w:rPr>
          <w:rFonts w:ascii="times" w:hAnsi="times" w:cs="B Nazanin"/>
        </w:rPr>
        <w:t>: 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b/>
          <w:bCs/>
          <w:rtl/>
        </w:rPr>
        <w:t>شرح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دستاورد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مورد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انتظار</w:t>
      </w:r>
      <w:r w:rsidRPr="00B628D4">
        <w:rPr>
          <w:rFonts w:ascii="times" w:hAnsi="times" w:cs="B Nazanin"/>
          <w:b/>
        </w:rPr>
        <w:t>: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  <w:bookmarkStart w:id="0" w:name="_GoBack"/>
      <w:bookmarkEnd w:id="0"/>
    </w:p>
    <w:p w:rsidR="00F90C30" w:rsidRPr="00C07998" w:rsidRDefault="00B628D4" w:rsidP="00B628D4">
      <w:pPr>
        <w:bidi/>
        <w:jc w:val="both"/>
        <w:rPr>
          <w:rFonts w:asciiTheme="minorHAnsi" w:hAnsiTheme="minorHAnsi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pStyle w:val="Title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szCs w:val="36"/>
          <w:rtl/>
        </w:rPr>
        <w:t>بخش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ششم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ـ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بازار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و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تجاری</w:t>
      </w:r>
      <w:r w:rsidRPr="00B628D4">
        <w:rPr>
          <w:rFonts w:ascii="times" w:eastAsia="B Nazanin" w:hAnsi="times" w:cs="B Nazanin"/>
          <w:b w:val="0"/>
        </w:rPr>
        <w:t>‌</w:t>
      </w:r>
      <w:r w:rsidRPr="00B628D4">
        <w:rPr>
          <w:rFonts w:ascii="times" w:eastAsia="B Nazanin" w:hAnsi="times" w:cs="B Nazanin"/>
          <w:b w:val="0"/>
          <w:szCs w:val="36"/>
          <w:rtl/>
        </w:rPr>
        <w:t>سازی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۱</w:t>
      </w:r>
      <w:r w:rsidRPr="00B628D4">
        <w:rPr>
          <w:rFonts w:ascii="times" w:eastAsia="B Nazanin" w:hAnsi="times" w:cs="B Nazanin"/>
          <w:b w:val="0"/>
        </w:rPr>
        <w:t xml:space="preserve">.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مشتری</w:t>
      </w:r>
      <w:r w:rsidRPr="00B628D4">
        <w:rPr>
          <w:rFonts w:ascii="times" w:eastAsia="B Nazanin" w:hAnsi="times" w:cs="B Nazanin"/>
          <w:b w:val="0"/>
        </w:rPr>
        <w:t xml:space="preserve"> /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جامعه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هدف</w:t>
      </w:r>
    </w:p>
    <w:p w:rsidR="00F90C30" w:rsidRPr="00C07998" w:rsidRDefault="00B628D4" w:rsidP="00B628D4">
      <w:pPr>
        <w:bidi/>
        <w:jc w:val="both"/>
        <w:rPr>
          <w:rFonts w:asciiTheme="minorHAnsi" w:hAnsiTheme="minorHAnsi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۲</w:t>
      </w:r>
      <w:r w:rsidRPr="00B628D4">
        <w:rPr>
          <w:rFonts w:ascii="times" w:eastAsia="B Nazanin" w:hAnsi="times" w:cs="B Nazanin"/>
          <w:b w:val="0"/>
        </w:rPr>
        <w:t xml:space="preserve">.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کاربردهای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اصلی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محصول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یا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طرح</w:t>
      </w:r>
    </w:p>
    <w:p w:rsidR="00F90C30" w:rsidRPr="00C07998" w:rsidRDefault="00B628D4" w:rsidP="00B628D4">
      <w:pPr>
        <w:bidi/>
        <w:jc w:val="both"/>
        <w:rPr>
          <w:rFonts w:asciiTheme="minorHAnsi" w:hAnsiTheme="minorHAnsi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۳</w:t>
      </w:r>
      <w:r w:rsidRPr="00B628D4">
        <w:rPr>
          <w:rFonts w:ascii="times" w:eastAsia="B Nazanin" w:hAnsi="times" w:cs="B Nazanin"/>
          <w:b w:val="0"/>
        </w:rPr>
        <w:t xml:space="preserve">.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اندازه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یا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ظرفیت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بازار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هدف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محلی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استانی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ملی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lastRenderedPageBreak/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منطقه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ای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بین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المللی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rtl/>
        </w:rPr>
        <w:t>توضیحات</w:t>
      </w:r>
      <w:r w:rsidRPr="00B628D4">
        <w:rPr>
          <w:rFonts w:ascii="times" w:hAnsi="times" w:cs="B Nazanin"/>
        </w:rPr>
        <w:t>:</w:t>
      </w:r>
    </w:p>
    <w:p w:rsidR="00F90C30" w:rsidRPr="00C07998" w:rsidRDefault="00B628D4" w:rsidP="00B628D4">
      <w:pPr>
        <w:bidi/>
        <w:jc w:val="both"/>
        <w:rPr>
          <w:rFonts w:asciiTheme="minorHAnsi" w:hAnsiTheme="minorHAnsi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۴</w:t>
      </w:r>
      <w:r w:rsidRPr="00B628D4">
        <w:rPr>
          <w:rFonts w:ascii="times" w:eastAsia="B Nazanin" w:hAnsi="times" w:cs="B Nazanin"/>
          <w:b w:val="0"/>
        </w:rPr>
        <w:t xml:space="preserve">.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مدل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درآمدی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پیشنهادی</w:t>
      </w:r>
    </w:p>
    <w:p w:rsidR="00F90C30" w:rsidRPr="00C07998" w:rsidRDefault="00B628D4" w:rsidP="00B628D4">
      <w:pPr>
        <w:bidi/>
        <w:jc w:val="both"/>
        <w:rPr>
          <w:rFonts w:asciiTheme="minorHAnsi" w:hAnsiTheme="minorHAnsi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۵</w:t>
      </w:r>
      <w:r w:rsidRPr="00B628D4">
        <w:rPr>
          <w:rFonts w:ascii="times" w:eastAsia="B Nazanin" w:hAnsi="times" w:cs="B Nazanin"/>
          <w:b w:val="0"/>
        </w:rPr>
        <w:t xml:space="preserve">.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وضعیت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فعلی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طرح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ایده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اولیه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مطالعه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اولیه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انجام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شده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در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مرحله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تحقیق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توسعه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نمونه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آزمایشگاهی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ساخته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شده</w:t>
      </w:r>
    </w:p>
    <w:p w:rsidR="00F90C30" w:rsidRPr="00B628D4" w:rsidRDefault="00B628D4" w:rsidP="00B628D4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نمونه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اولیه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ساخته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شده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آزمایش</w:t>
      </w:r>
      <w:r w:rsidRPr="00B628D4">
        <w:rPr>
          <w:rFonts w:ascii="times" w:hAnsi="times" w:cs="B Nazanin"/>
        </w:rPr>
        <w:t xml:space="preserve"> / </w:t>
      </w:r>
      <w:r w:rsidRPr="00B628D4">
        <w:rPr>
          <w:rFonts w:ascii="times" w:hAnsi="times" w:cs="B Nazanin"/>
          <w:rtl/>
        </w:rPr>
        <w:t>اعتبارسنجی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شده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آماده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ورود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بازار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دارای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فروش</w:t>
      </w:r>
      <w:r w:rsidRPr="00B628D4">
        <w:rPr>
          <w:rFonts w:ascii="times" w:hAnsi="times" w:cs="B Nazanin"/>
        </w:rPr>
        <w:t xml:space="preserve"> / </w:t>
      </w:r>
      <w:r w:rsidRPr="00B628D4">
        <w:rPr>
          <w:rFonts w:ascii="times" w:hAnsi="times" w:cs="B Nazanin"/>
          <w:rtl/>
        </w:rPr>
        <w:t>مشتری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۶</w:t>
      </w:r>
      <w:r w:rsidRPr="00B628D4">
        <w:rPr>
          <w:rFonts w:ascii="times" w:eastAsia="B Nazanin" w:hAnsi="times" w:cs="B Nazanin"/>
          <w:b w:val="0"/>
        </w:rPr>
        <w:t xml:space="preserve">.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میزان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آمادگی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فناوری</w:t>
      </w:r>
      <w:r w:rsidRPr="00B628D4">
        <w:rPr>
          <w:rFonts w:ascii="times" w:eastAsia="B Nazanin" w:hAnsi="times" w:cs="B Nazanin"/>
          <w:b w:val="0"/>
        </w:rPr>
        <w:t xml:space="preserve"> (TRL)</w:t>
      </w:r>
    </w:p>
    <w:p w:rsidR="00F90C30" w:rsidRPr="00C07998" w:rsidRDefault="00B628D4" w:rsidP="00B628D4">
      <w:pPr>
        <w:bidi/>
        <w:jc w:val="right"/>
        <w:rPr>
          <w:rFonts w:asciiTheme="minorHAnsi" w:hAnsiTheme="minorHAnsi" w:cs="B Nazanin" w:hint="cs"/>
          <w:rtl/>
          <w:lang w:bidi="fa-IR"/>
        </w:rPr>
      </w:pPr>
      <w:r w:rsidRPr="00B628D4">
        <w:rPr>
          <w:rFonts w:ascii="times" w:hAnsi="times" w:cs="B Nazanin"/>
        </w:rPr>
        <w:t>TRL: ....................</w:t>
      </w:r>
    </w:p>
    <w:p w:rsidR="00F90C30" w:rsidRPr="00B628D4" w:rsidRDefault="00B628D4" w:rsidP="00B628D4">
      <w:pPr>
        <w:pStyle w:val="Title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szCs w:val="36"/>
          <w:rtl/>
        </w:rPr>
        <w:lastRenderedPageBreak/>
        <w:t>بخش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هفتم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ـ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مالکیت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فکری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و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سوابق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b/>
          <w:bCs/>
          <w:rtl/>
        </w:rPr>
        <w:t>آیا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طرح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دارای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سابقه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ثبت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اختراع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یا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مالکیت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فکری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است؟</w:t>
      </w:r>
    </w:p>
    <w:p w:rsidR="00F90C30" w:rsidRPr="00B628D4" w:rsidRDefault="00B628D4" w:rsidP="00B628D4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بله</w:t>
      </w:r>
    </w:p>
    <w:p w:rsidR="00F90C30" w:rsidRPr="00B628D4" w:rsidRDefault="00B628D4" w:rsidP="00B628D4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خیر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در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حال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ثبت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rtl/>
        </w:rPr>
        <w:t>در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صورت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وجود،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توضیحات</w:t>
      </w:r>
      <w:r w:rsidRPr="00B628D4">
        <w:rPr>
          <w:rFonts w:ascii="times" w:hAnsi="times" w:cs="B Nazanin"/>
        </w:rPr>
        <w:t>:</w:t>
      </w:r>
    </w:p>
    <w:p w:rsidR="00F90C30" w:rsidRPr="00C07998" w:rsidRDefault="00B628D4" w:rsidP="00B628D4">
      <w:pPr>
        <w:bidi/>
        <w:jc w:val="both"/>
        <w:rPr>
          <w:rFonts w:asciiTheme="minorHAnsi" w:hAnsiTheme="minorHAnsi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b/>
          <w:bCs/>
          <w:rtl/>
        </w:rPr>
        <w:t>آیا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این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طرح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قبلاً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در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رویداد،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جشنواره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یا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مسابقه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دیگری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ارائه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شده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است؟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بله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خیر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rtl/>
        </w:rPr>
        <w:t>در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صورت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پاسخ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مثبت،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نام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رویداد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نتیجه</w:t>
      </w:r>
      <w:r w:rsidRPr="00B628D4">
        <w:rPr>
          <w:rFonts w:ascii="times" w:hAnsi="times" w:cs="B Nazanin"/>
        </w:rPr>
        <w:t>:</w:t>
      </w:r>
    </w:p>
    <w:p w:rsidR="00F90C30" w:rsidRPr="00C07998" w:rsidRDefault="00B628D4" w:rsidP="00B628D4">
      <w:pPr>
        <w:bidi/>
        <w:jc w:val="both"/>
        <w:rPr>
          <w:rFonts w:asciiTheme="minorHAnsi" w:hAnsiTheme="minorHAnsi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pStyle w:val="Title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szCs w:val="36"/>
          <w:rtl/>
        </w:rPr>
        <w:t>بخش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هشتم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ـ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حمایت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مورد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نیاز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rtl/>
        </w:rPr>
        <w:t>برای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توسعه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طرح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چه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نوع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حمایتی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نیاز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دارید؟</w:t>
      </w:r>
    </w:p>
    <w:p w:rsidR="00F90C30" w:rsidRPr="00B628D4" w:rsidRDefault="00B628D4" w:rsidP="00B628D4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حمایت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مالی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گرنت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پژوهشی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گرنت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نمونه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سازی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فضای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آزمایشگاهی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lastRenderedPageBreak/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تجهیزات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زیرساخت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مشاوره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علمی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مشاوره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کسب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وکار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مالکیت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فکری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ثبت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اختراع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تجاری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سازی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جذب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سرمایه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گذار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اتصال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صنعت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ورود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بازار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سایر</w:t>
      </w:r>
      <w:r w:rsidRPr="00B628D4">
        <w:rPr>
          <w:rFonts w:ascii="times" w:hAnsi="times" w:cs="B Nazanin"/>
        </w:rPr>
        <w:t>: 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b/>
          <w:bCs/>
          <w:rtl/>
        </w:rPr>
        <w:t>میزان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حمایت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مالی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مورد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نیاز</w:t>
      </w:r>
      <w:r w:rsidRPr="00B628D4">
        <w:rPr>
          <w:rFonts w:ascii="times" w:hAnsi="times" w:cs="B Nazanin"/>
          <w:b/>
        </w:rPr>
        <w:t>: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 xml:space="preserve">.......................................................... </w:t>
      </w:r>
      <w:r w:rsidRPr="00B628D4">
        <w:rPr>
          <w:rFonts w:ascii="times" w:hAnsi="times" w:cs="B Nazanin"/>
          <w:rtl/>
        </w:rPr>
        <w:t>ریال</w:t>
      </w:r>
    </w:p>
    <w:p w:rsidR="00F90C30" w:rsidRPr="00B628D4" w:rsidRDefault="00B628D4" w:rsidP="00B628D4">
      <w:pPr>
        <w:pStyle w:val="Title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szCs w:val="36"/>
          <w:rtl/>
        </w:rPr>
        <w:t>بخش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نهم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ـ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خلاصه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اجرایی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rtl/>
        </w:rPr>
        <w:t>در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حداکثر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۳۰۰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کلمه،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مسئله،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راهکار،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نوآوری،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کاربرد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دستاورد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مورد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انتظار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طرح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را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به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صورت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خلاصه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بیان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کنید</w:t>
      </w:r>
      <w:r w:rsidRPr="00B628D4">
        <w:rPr>
          <w:rFonts w:ascii="times" w:hAnsi="times" w:cs="B Nazanin"/>
        </w:rPr>
        <w:t>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C07998" w:rsidRDefault="00B628D4" w:rsidP="00B628D4">
      <w:pPr>
        <w:bidi/>
        <w:jc w:val="both"/>
        <w:rPr>
          <w:rFonts w:asciiTheme="minorHAnsi" w:hAnsiTheme="minorHAnsi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B628D4">
      <w:pPr>
        <w:pStyle w:val="Title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szCs w:val="36"/>
          <w:rtl/>
        </w:rPr>
        <w:t>بخش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دهم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ـ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مستندات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szCs w:val="36"/>
          <w:rtl/>
        </w:rPr>
        <w:t>پیوست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rtl/>
        </w:rPr>
        <w:lastRenderedPageBreak/>
        <w:t>در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صورت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وجود،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مدارک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زیر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قابل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بارگذاری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است</w:t>
      </w:r>
      <w:r w:rsidRPr="00B628D4">
        <w:rPr>
          <w:rFonts w:ascii="times" w:hAnsi="times" w:cs="B Nazanin"/>
        </w:rPr>
        <w:t>: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فایل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طرح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پژوهشی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مقاله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مرتبط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تصویر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نمونه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اولیه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ویدئوی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معرفی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فایل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ارائه</w:t>
      </w:r>
      <w:r w:rsidRPr="00B628D4">
        <w:rPr>
          <w:rFonts w:ascii="times" w:hAnsi="times" w:cs="B Nazanin"/>
        </w:rPr>
        <w:t xml:space="preserve"> (Presentation)</w:t>
      </w:r>
    </w:p>
    <w:p w:rsidR="00F90C30" w:rsidRPr="00B628D4" w:rsidRDefault="00B628D4" w:rsidP="00B628D4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مستندات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آزمایشگاهی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گواهی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ثبت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اختراع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مجوزها</w:t>
      </w:r>
      <w:r w:rsidRPr="00B628D4">
        <w:rPr>
          <w:rFonts w:ascii="times" w:hAnsi="times" w:cs="B Nazanin"/>
        </w:rPr>
        <w:t xml:space="preserve"> / </w:t>
      </w:r>
      <w:r w:rsidRPr="00B628D4">
        <w:rPr>
          <w:rFonts w:ascii="times" w:hAnsi="times" w:cs="B Nazanin"/>
          <w:rtl/>
        </w:rPr>
        <w:t>تأییدیه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ها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کاتالوگ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محصول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سایر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مستندات</w:t>
      </w:r>
    </w:p>
    <w:p w:rsidR="00F90C30" w:rsidRPr="00B628D4" w:rsidRDefault="00B628D4" w:rsidP="00B628D4">
      <w:pPr>
        <w:pStyle w:val="Heading1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تعهد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ارائه</w:t>
      </w:r>
      <w:r w:rsidRPr="00B628D4">
        <w:rPr>
          <w:rFonts w:ascii="times" w:eastAsia="B Nazanin" w:hAnsi="times" w:cs="B Nazanin"/>
          <w:b w:val="0"/>
        </w:rPr>
        <w:t>‌</w:t>
      </w:r>
      <w:r w:rsidRPr="00B628D4">
        <w:rPr>
          <w:rFonts w:ascii="times" w:eastAsia="B Nazanin" w:hAnsi="times" w:cs="B Nazanin"/>
          <w:b w:val="0"/>
          <w:bCs w:val="0"/>
          <w:szCs w:val="30"/>
          <w:rtl/>
        </w:rPr>
        <w:t>دهنده</w:t>
      </w:r>
    </w:p>
    <w:p w:rsidR="00F90C30" w:rsidRPr="00B628D4" w:rsidRDefault="00B628D4" w:rsidP="00B628D4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times" w:hAnsi="times" w:cs="B Nazanin"/>
          <w:rtl/>
        </w:rPr>
        <w:t>اینجانب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تأیید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می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کنم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اطلاعات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ارائه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شده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در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این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فرم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صحیح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بوده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مسئولیت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صحت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اطلاعات،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مالکیت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فکری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حقوق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مرتبط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با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طرح</w:t>
      </w:r>
      <w:r w:rsidRPr="00B628D4">
        <w:rPr>
          <w:rFonts w:ascii="times" w:hAnsi="times" w:cs="B Nazanin"/>
        </w:rPr>
        <w:t xml:space="preserve"> / </w:t>
      </w:r>
      <w:r w:rsidRPr="00B628D4">
        <w:rPr>
          <w:rFonts w:ascii="times" w:hAnsi="times" w:cs="B Nazanin"/>
          <w:rtl/>
        </w:rPr>
        <w:t>ایده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بر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عهده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ارائه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دهنده</w:t>
      </w:r>
      <w:r w:rsidRPr="00B628D4">
        <w:rPr>
          <w:rFonts w:ascii="times" w:hAnsi="times" w:cs="B Nazanin"/>
        </w:rPr>
        <w:t xml:space="preserve"> / </w:t>
      </w:r>
      <w:r w:rsidRPr="00B628D4">
        <w:rPr>
          <w:rFonts w:ascii="times" w:hAnsi="times" w:cs="B Nazanin"/>
          <w:rtl/>
        </w:rPr>
        <w:t>تیم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است</w:t>
      </w:r>
      <w:r w:rsidRPr="00B628D4">
        <w:rPr>
          <w:rFonts w:ascii="times" w:hAnsi="times" w:cs="B Nazanin"/>
        </w:rPr>
        <w:t xml:space="preserve">. </w:t>
      </w:r>
      <w:r w:rsidRPr="00B628D4">
        <w:rPr>
          <w:rFonts w:ascii="times" w:hAnsi="times" w:cs="B Nazanin"/>
          <w:rtl/>
        </w:rPr>
        <w:t>همچنین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با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ارائه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این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طرح،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موافقت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خود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را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با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بررسی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داوری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آن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توسط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کمیته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علمی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و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تخصصی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رویداد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زیست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آفرین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۱۴۰۵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اعلام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می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نمایم</w:t>
      </w:r>
      <w:r w:rsidRPr="00B628D4">
        <w:rPr>
          <w:rFonts w:ascii="times" w:hAnsi="times" w:cs="B Nazanin"/>
        </w:rPr>
        <w:t>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b/>
          <w:bCs/>
          <w:rtl/>
        </w:rPr>
        <w:t>نام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و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نام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خانوادگی</w:t>
      </w:r>
      <w:r w:rsidRPr="00B628D4">
        <w:rPr>
          <w:rFonts w:ascii="times" w:hAnsi="times" w:cs="B Nazanin"/>
          <w:b/>
        </w:rPr>
        <w:t>:</w:t>
      </w:r>
      <w:r w:rsidRPr="00B628D4">
        <w:rPr>
          <w:rFonts w:ascii="times" w:hAnsi="times" w:cs="B Nazanin"/>
        </w:rPr>
        <w:t xml:space="preserve"> ............................................................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b/>
          <w:bCs/>
          <w:rtl/>
        </w:rPr>
        <w:t>تاریخ</w:t>
      </w:r>
      <w:r w:rsidRPr="00B628D4">
        <w:rPr>
          <w:rFonts w:ascii="times" w:hAnsi="times" w:cs="B Nazanin"/>
          <w:b/>
        </w:rPr>
        <w:t>:</w:t>
      </w:r>
      <w:r w:rsidRPr="00B628D4">
        <w:rPr>
          <w:rFonts w:ascii="times" w:hAnsi="times" w:cs="B Nazanin"/>
        </w:rPr>
        <w:t xml:space="preserve"> 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b/>
          <w:bCs/>
          <w:rtl/>
        </w:rPr>
        <w:t>امضاء</w:t>
      </w:r>
      <w:r w:rsidRPr="00B628D4">
        <w:rPr>
          <w:rFonts w:ascii="times" w:hAnsi="times" w:cs="B Nazanin"/>
          <w:b/>
        </w:rPr>
        <w:t>:</w:t>
      </w:r>
      <w:r w:rsidRPr="00B628D4">
        <w:rPr>
          <w:rFonts w:ascii="times" w:hAnsi="times" w:cs="B Nazanin"/>
        </w:rPr>
        <w:t xml:space="preserve"> ....................................</w:t>
      </w:r>
    </w:p>
    <w:p w:rsidR="00F90C30" w:rsidRPr="00B628D4" w:rsidRDefault="00B628D4" w:rsidP="00B628D4">
      <w:pPr>
        <w:pStyle w:val="Heading2"/>
        <w:bidi/>
        <w:jc w:val="both"/>
        <w:rPr>
          <w:rFonts w:ascii="times" w:hAnsi="times" w:cs="B Nazanin"/>
        </w:rPr>
      </w:pPr>
      <w:r w:rsidRPr="00B628D4">
        <w:rPr>
          <w:rFonts w:ascii="times" w:eastAsia="B Nazanin" w:hAnsi="times" w:cs="B Nazanin"/>
          <w:b w:val="0"/>
          <w:bCs w:val="0"/>
          <w:rtl/>
        </w:rPr>
        <w:lastRenderedPageBreak/>
        <w:t>بخش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rtl/>
        </w:rPr>
        <w:t>ویژه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rtl/>
        </w:rPr>
        <w:t>کمیته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rtl/>
        </w:rPr>
        <w:t>علمی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rtl/>
        </w:rPr>
        <w:t>رویداد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rtl/>
        </w:rPr>
        <w:t>ـ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rtl/>
        </w:rPr>
        <w:t>تکمیل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rtl/>
        </w:rPr>
        <w:t>توسط</w:t>
      </w:r>
      <w:r w:rsidRPr="00B628D4">
        <w:rPr>
          <w:rFonts w:ascii="times" w:eastAsia="B Nazanin" w:hAnsi="times" w:cs="B Nazanin"/>
          <w:b w:val="0"/>
        </w:rPr>
        <w:t xml:space="preserve"> </w:t>
      </w:r>
      <w:r w:rsidRPr="00B628D4">
        <w:rPr>
          <w:rFonts w:ascii="times" w:eastAsia="B Nazanin" w:hAnsi="times" w:cs="B Nazanin"/>
          <w:b w:val="0"/>
          <w:bCs w:val="0"/>
          <w:rtl/>
        </w:rPr>
        <w:t>داور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93"/>
        <w:gridCol w:w="3531"/>
      </w:tblGrid>
      <w:tr w:rsidR="00B628D4" w:rsidRPr="00B628D4" w:rsidTr="00B628D4">
        <w:trPr>
          <w:jc w:val="center"/>
        </w:trPr>
        <w:tc>
          <w:tcPr>
            <w:tcW w:w="3293" w:type="dxa"/>
            <w:vAlign w:val="center"/>
          </w:tcPr>
          <w:p w:rsidR="00B628D4" w:rsidRPr="00B628D4" w:rsidRDefault="00B628D4" w:rsidP="00B628D4">
            <w:pPr>
              <w:bidi/>
              <w:jc w:val="both"/>
              <w:rPr>
                <w:rFonts w:ascii="times" w:hAnsi="times" w:cs="B Nazanin" w:hint="cs"/>
                <w:lang w:bidi="fa-IR"/>
              </w:rPr>
            </w:pPr>
            <w:r>
              <w:rPr>
                <w:rFonts w:ascii="times" w:hAnsi="times" w:cs="B Nazanin" w:hint="cs"/>
                <w:rtl/>
                <w:lang w:bidi="fa-IR"/>
              </w:rPr>
              <w:t>امتیازات</w:t>
            </w:r>
          </w:p>
        </w:tc>
        <w:tc>
          <w:tcPr>
            <w:tcW w:w="3531" w:type="dxa"/>
            <w:vAlign w:val="center"/>
          </w:tcPr>
          <w:p w:rsidR="00B628D4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  <w:b/>
                <w:bCs/>
                <w:rtl/>
              </w:rPr>
              <w:t>معیار</w:t>
            </w:r>
            <w:r w:rsidRPr="00B628D4">
              <w:rPr>
                <w:rFonts w:ascii="times" w:hAnsi="times" w:cs="B Nazanin"/>
                <w:b/>
              </w:rPr>
              <w:t xml:space="preserve"> </w:t>
            </w:r>
            <w:r w:rsidRPr="00B628D4">
              <w:rPr>
                <w:rFonts w:ascii="times" w:hAnsi="times" w:cs="B Nazanin"/>
                <w:b/>
                <w:bCs/>
                <w:rtl/>
              </w:rPr>
              <w:t>ارزیابی</w:t>
            </w:r>
            <w:r w:rsidRPr="00B628D4">
              <w:rPr>
                <w:rFonts w:ascii="times" w:hAnsi="times" w:cs="B Nazanin"/>
                <w:b/>
              </w:rPr>
              <w:t xml:space="preserve"> </w:t>
            </w:r>
            <w:r w:rsidRPr="00B628D4">
              <w:rPr>
                <w:rFonts w:ascii="times" w:hAnsi="times" w:cs="B Nazanin"/>
                <w:b/>
                <w:bCs/>
                <w:rtl/>
              </w:rPr>
              <w:t>امتیاز</w:t>
            </w:r>
          </w:p>
        </w:tc>
      </w:tr>
      <w:tr w:rsidR="00B628D4" w:rsidRPr="00B628D4" w:rsidTr="00B628D4">
        <w:trPr>
          <w:jc w:val="center"/>
        </w:trPr>
        <w:tc>
          <w:tcPr>
            <w:tcW w:w="3293" w:type="dxa"/>
            <w:vAlign w:val="center"/>
          </w:tcPr>
          <w:p w:rsidR="00B628D4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</w:rPr>
              <w:t>/</w:t>
            </w:r>
            <w:r w:rsidRPr="00B628D4">
              <w:rPr>
                <w:rFonts w:ascii="times" w:hAnsi="times" w:cs="B Nazanin"/>
                <w:rtl/>
              </w:rPr>
              <w:t>۱۰</w:t>
            </w:r>
          </w:p>
        </w:tc>
        <w:tc>
          <w:tcPr>
            <w:tcW w:w="3531" w:type="dxa"/>
            <w:vAlign w:val="center"/>
          </w:tcPr>
          <w:p w:rsidR="00B628D4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  <w:rtl/>
              </w:rPr>
              <w:t>اهمیت</w:t>
            </w:r>
            <w:r w:rsidRPr="00B628D4">
              <w:rPr>
                <w:rFonts w:ascii="times" w:hAnsi="times" w:cs="B Nazanin"/>
              </w:rPr>
              <w:t xml:space="preserve"> </w:t>
            </w:r>
            <w:r w:rsidRPr="00B628D4">
              <w:rPr>
                <w:rFonts w:ascii="times" w:hAnsi="times" w:cs="B Nazanin"/>
                <w:rtl/>
              </w:rPr>
              <w:t>و</w:t>
            </w:r>
            <w:r w:rsidRPr="00B628D4">
              <w:rPr>
                <w:rFonts w:ascii="times" w:hAnsi="times" w:cs="B Nazanin"/>
              </w:rPr>
              <w:t xml:space="preserve"> </w:t>
            </w:r>
            <w:r w:rsidRPr="00B628D4">
              <w:rPr>
                <w:rFonts w:ascii="times" w:hAnsi="times" w:cs="B Nazanin"/>
                <w:rtl/>
              </w:rPr>
              <w:t>ضرورت</w:t>
            </w:r>
            <w:r w:rsidRPr="00B628D4">
              <w:rPr>
                <w:rFonts w:ascii="times" w:hAnsi="times" w:cs="B Nazanin"/>
              </w:rPr>
              <w:t xml:space="preserve"> </w:t>
            </w:r>
            <w:r w:rsidRPr="00B628D4">
              <w:rPr>
                <w:rFonts w:ascii="times" w:hAnsi="times" w:cs="B Nazanin"/>
                <w:rtl/>
              </w:rPr>
              <w:t>مسئله</w:t>
            </w:r>
          </w:p>
        </w:tc>
      </w:tr>
      <w:tr w:rsidR="00B628D4" w:rsidRPr="00B628D4" w:rsidTr="00B628D4">
        <w:trPr>
          <w:jc w:val="center"/>
        </w:trPr>
        <w:tc>
          <w:tcPr>
            <w:tcW w:w="3293" w:type="dxa"/>
            <w:vAlign w:val="center"/>
          </w:tcPr>
          <w:p w:rsidR="00B628D4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</w:rPr>
              <w:t>/</w:t>
            </w:r>
            <w:r w:rsidRPr="00B628D4">
              <w:rPr>
                <w:rFonts w:ascii="times" w:hAnsi="times" w:cs="B Nazanin"/>
                <w:rtl/>
              </w:rPr>
              <w:t>۱۵</w:t>
            </w:r>
          </w:p>
        </w:tc>
        <w:tc>
          <w:tcPr>
            <w:tcW w:w="3531" w:type="dxa"/>
            <w:vAlign w:val="center"/>
          </w:tcPr>
          <w:p w:rsidR="00B628D4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  <w:rtl/>
              </w:rPr>
              <w:t>نوآوری</w:t>
            </w:r>
            <w:r w:rsidRPr="00B628D4">
              <w:rPr>
                <w:rFonts w:ascii="times" w:hAnsi="times" w:cs="B Nazanin"/>
              </w:rPr>
              <w:t xml:space="preserve"> </w:t>
            </w:r>
            <w:r w:rsidRPr="00B628D4">
              <w:rPr>
                <w:rFonts w:ascii="times" w:hAnsi="times" w:cs="B Nazanin"/>
                <w:rtl/>
              </w:rPr>
              <w:t>و</w:t>
            </w:r>
            <w:r w:rsidRPr="00B628D4">
              <w:rPr>
                <w:rFonts w:ascii="times" w:hAnsi="times" w:cs="B Nazanin"/>
              </w:rPr>
              <w:t xml:space="preserve"> </w:t>
            </w:r>
            <w:r w:rsidRPr="00B628D4">
              <w:rPr>
                <w:rFonts w:ascii="times" w:hAnsi="times" w:cs="B Nazanin"/>
                <w:rtl/>
              </w:rPr>
              <w:t>خلاقیت</w:t>
            </w:r>
          </w:p>
        </w:tc>
      </w:tr>
      <w:tr w:rsidR="00B628D4" w:rsidRPr="00B628D4" w:rsidTr="00B628D4">
        <w:trPr>
          <w:jc w:val="center"/>
        </w:trPr>
        <w:tc>
          <w:tcPr>
            <w:tcW w:w="3293" w:type="dxa"/>
            <w:vAlign w:val="center"/>
          </w:tcPr>
          <w:p w:rsidR="00B628D4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</w:rPr>
              <w:t>/</w:t>
            </w:r>
            <w:r w:rsidRPr="00B628D4">
              <w:rPr>
                <w:rFonts w:ascii="times" w:hAnsi="times" w:cs="B Nazanin"/>
                <w:rtl/>
              </w:rPr>
              <w:t>۱۵</w:t>
            </w:r>
          </w:p>
        </w:tc>
        <w:tc>
          <w:tcPr>
            <w:tcW w:w="3531" w:type="dxa"/>
            <w:vAlign w:val="center"/>
          </w:tcPr>
          <w:p w:rsidR="00B628D4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  <w:rtl/>
              </w:rPr>
              <w:t>ارزش</w:t>
            </w:r>
            <w:r w:rsidRPr="00B628D4">
              <w:rPr>
                <w:rFonts w:ascii="times" w:hAnsi="times" w:cs="B Nazanin"/>
              </w:rPr>
              <w:t xml:space="preserve"> </w:t>
            </w:r>
            <w:r w:rsidRPr="00B628D4">
              <w:rPr>
                <w:rFonts w:ascii="times" w:hAnsi="times" w:cs="B Nazanin"/>
                <w:rtl/>
              </w:rPr>
              <w:t>علمی</w:t>
            </w:r>
            <w:r w:rsidRPr="00B628D4">
              <w:rPr>
                <w:rFonts w:ascii="times" w:hAnsi="times" w:cs="B Nazanin"/>
              </w:rPr>
              <w:t xml:space="preserve"> </w:t>
            </w:r>
            <w:r w:rsidRPr="00B628D4">
              <w:rPr>
                <w:rFonts w:ascii="times" w:hAnsi="times" w:cs="B Nazanin"/>
                <w:rtl/>
              </w:rPr>
              <w:t>و</w:t>
            </w:r>
            <w:r w:rsidRPr="00B628D4">
              <w:rPr>
                <w:rFonts w:ascii="times" w:hAnsi="times" w:cs="B Nazanin"/>
              </w:rPr>
              <w:t xml:space="preserve"> </w:t>
            </w:r>
            <w:r w:rsidRPr="00B628D4">
              <w:rPr>
                <w:rFonts w:ascii="times" w:hAnsi="times" w:cs="B Nazanin"/>
                <w:rtl/>
              </w:rPr>
              <w:t>فناوری</w:t>
            </w:r>
          </w:p>
        </w:tc>
      </w:tr>
      <w:tr w:rsidR="00B628D4" w:rsidRPr="00B628D4" w:rsidTr="00B628D4">
        <w:trPr>
          <w:jc w:val="center"/>
        </w:trPr>
        <w:tc>
          <w:tcPr>
            <w:tcW w:w="3293" w:type="dxa"/>
            <w:vAlign w:val="center"/>
          </w:tcPr>
          <w:p w:rsidR="00B628D4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</w:rPr>
              <w:t>/</w:t>
            </w:r>
            <w:r w:rsidRPr="00B628D4">
              <w:rPr>
                <w:rFonts w:ascii="times" w:hAnsi="times" w:cs="B Nazanin"/>
                <w:rtl/>
              </w:rPr>
              <w:t>۱۵</w:t>
            </w:r>
          </w:p>
        </w:tc>
        <w:tc>
          <w:tcPr>
            <w:tcW w:w="3531" w:type="dxa"/>
            <w:vAlign w:val="center"/>
          </w:tcPr>
          <w:p w:rsidR="00B628D4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  <w:rtl/>
              </w:rPr>
              <w:t>امکان</w:t>
            </w:r>
            <w:r w:rsidRPr="00B628D4">
              <w:rPr>
                <w:rFonts w:ascii="times" w:hAnsi="times" w:cs="B Nazanin"/>
              </w:rPr>
              <w:t>‌</w:t>
            </w:r>
            <w:r w:rsidRPr="00B628D4">
              <w:rPr>
                <w:rFonts w:ascii="times" w:hAnsi="times" w:cs="B Nazanin"/>
                <w:rtl/>
              </w:rPr>
              <w:t>پذیری</w:t>
            </w:r>
            <w:r w:rsidRPr="00B628D4">
              <w:rPr>
                <w:rFonts w:ascii="times" w:hAnsi="times" w:cs="B Nazanin"/>
              </w:rPr>
              <w:t xml:space="preserve"> </w:t>
            </w:r>
            <w:r w:rsidRPr="00B628D4">
              <w:rPr>
                <w:rFonts w:ascii="times" w:hAnsi="times" w:cs="B Nazanin"/>
                <w:rtl/>
              </w:rPr>
              <w:t>فنی</w:t>
            </w:r>
          </w:p>
        </w:tc>
      </w:tr>
      <w:tr w:rsidR="00B628D4" w:rsidRPr="00B628D4" w:rsidTr="00B628D4">
        <w:trPr>
          <w:jc w:val="center"/>
        </w:trPr>
        <w:tc>
          <w:tcPr>
            <w:tcW w:w="3293" w:type="dxa"/>
            <w:vAlign w:val="center"/>
          </w:tcPr>
          <w:p w:rsidR="00B628D4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</w:rPr>
              <w:t>/</w:t>
            </w:r>
            <w:r w:rsidRPr="00B628D4">
              <w:rPr>
                <w:rFonts w:ascii="times" w:hAnsi="times" w:cs="B Nazanin"/>
                <w:rtl/>
              </w:rPr>
              <w:t>۱۰</w:t>
            </w:r>
          </w:p>
        </w:tc>
        <w:tc>
          <w:tcPr>
            <w:tcW w:w="3531" w:type="dxa"/>
            <w:vAlign w:val="center"/>
          </w:tcPr>
          <w:p w:rsidR="00B628D4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  <w:rtl/>
              </w:rPr>
              <w:t>مزیت</w:t>
            </w:r>
            <w:r w:rsidRPr="00B628D4">
              <w:rPr>
                <w:rFonts w:ascii="times" w:hAnsi="times" w:cs="B Nazanin"/>
              </w:rPr>
              <w:t xml:space="preserve"> </w:t>
            </w:r>
            <w:r w:rsidRPr="00B628D4">
              <w:rPr>
                <w:rFonts w:ascii="times" w:hAnsi="times" w:cs="B Nazanin"/>
                <w:rtl/>
              </w:rPr>
              <w:t>رقابتی</w:t>
            </w:r>
          </w:p>
        </w:tc>
      </w:tr>
      <w:tr w:rsidR="00B628D4" w:rsidRPr="00B628D4" w:rsidTr="00B628D4">
        <w:trPr>
          <w:jc w:val="center"/>
        </w:trPr>
        <w:tc>
          <w:tcPr>
            <w:tcW w:w="3293" w:type="dxa"/>
            <w:vAlign w:val="center"/>
          </w:tcPr>
          <w:p w:rsidR="00B628D4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</w:rPr>
              <w:t>/</w:t>
            </w:r>
            <w:r w:rsidRPr="00B628D4">
              <w:rPr>
                <w:rFonts w:ascii="times" w:hAnsi="times" w:cs="B Nazanin"/>
                <w:rtl/>
              </w:rPr>
              <w:t>۱۵</w:t>
            </w:r>
          </w:p>
        </w:tc>
        <w:tc>
          <w:tcPr>
            <w:tcW w:w="3531" w:type="dxa"/>
            <w:vAlign w:val="center"/>
          </w:tcPr>
          <w:p w:rsidR="00B628D4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  <w:rtl/>
              </w:rPr>
              <w:t>ظرفیت</w:t>
            </w:r>
            <w:r w:rsidRPr="00B628D4">
              <w:rPr>
                <w:rFonts w:ascii="times" w:hAnsi="times" w:cs="B Nazanin"/>
              </w:rPr>
              <w:t xml:space="preserve"> </w:t>
            </w:r>
            <w:r w:rsidRPr="00B628D4">
              <w:rPr>
                <w:rFonts w:ascii="times" w:hAnsi="times" w:cs="B Nazanin"/>
                <w:rtl/>
              </w:rPr>
              <w:t>تجاری</w:t>
            </w:r>
            <w:r w:rsidRPr="00B628D4">
              <w:rPr>
                <w:rFonts w:ascii="times" w:hAnsi="times" w:cs="B Nazanin"/>
              </w:rPr>
              <w:t>‌</w:t>
            </w:r>
            <w:r w:rsidRPr="00B628D4">
              <w:rPr>
                <w:rFonts w:ascii="times" w:hAnsi="times" w:cs="B Nazanin"/>
                <w:rtl/>
              </w:rPr>
              <w:t>سازی</w:t>
            </w:r>
          </w:p>
        </w:tc>
      </w:tr>
      <w:tr w:rsidR="00B628D4" w:rsidRPr="00B628D4" w:rsidTr="00B628D4">
        <w:trPr>
          <w:jc w:val="center"/>
        </w:trPr>
        <w:tc>
          <w:tcPr>
            <w:tcW w:w="3293" w:type="dxa"/>
            <w:vAlign w:val="center"/>
          </w:tcPr>
          <w:p w:rsidR="00B628D4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</w:rPr>
              <w:t>/</w:t>
            </w:r>
            <w:r w:rsidRPr="00B628D4">
              <w:rPr>
                <w:rFonts w:ascii="times" w:hAnsi="times" w:cs="B Nazanin"/>
                <w:rtl/>
              </w:rPr>
              <w:t>۱۰</w:t>
            </w:r>
          </w:p>
        </w:tc>
        <w:tc>
          <w:tcPr>
            <w:tcW w:w="3531" w:type="dxa"/>
            <w:vAlign w:val="center"/>
          </w:tcPr>
          <w:p w:rsidR="00B628D4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  <w:rtl/>
              </w:rPr>
              <w:t>اثرگذاری</w:t>
            </w:r>
            <w:r w:rsidRPr="00B628D4">
              <w:rPr>
                <w:rFonts w:ascii="times" w:hAnsi="times" w:cs="B Nazanin"/>
              </w:rPr>
              <w:t xml:space="preserve"> </w:t>
            </w:r>
            <w:r w:rsidRPr="00B628D4">
              <w:rPr>
                <w:rFonts w:ascii="times" w:hAnsi="times" w:cs="B Nazanin"/>
                <w:rtl/>
              </w:rPr>
              <w:t>اجتماعی</w:t>
            </w:r>
            <w:r w:rsidRPr="00B628D4">
              <w:rPr>
                <w:rFonts w:ascii="times" w:hAnsi="times" w:cs="B Nazanin"/>
              </w:rPr>
              <w:t xml:space="preserve"> / </w:t>
            </w:r>
            <w:r w:rsidRPr="00B628D4">
              <w:rPr>
                <w:rFonts w:ascii="times" w:hAnsi="times" w:cs="B Nazanin"/>
                <w:rtl/>
              </w:rPr>
              <w:t>صنعتی</w:t>
            </w:r>
          </w:p>
        </w:tc>
      </w:tr>
      <w:tr w:rsidR="00B628D4" w:rsidRPr="00B628D4" w:rsidTr="00B628D4">
        <w:trPr>
          <w:jc w:val="center"/>
        </w:trPr>
        <w:tc>
          <w:tcPr>
            <w:tcW w:w="3293" w:type="dxa"/>
            <w:vAlign w:val="center"/>
          </w:tcPr>
          <w:p w:rsidR="00B628D4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</w:rPr>
              <w:t>/</w:t>
            </w:r>
            <w:r w:rsidRPr="00B628D4">
              <w:rPr>
                <w:rFonts w:ascii="times" w:hAnsi="times" w:cs="B Nazanin"/>
                <w:rtl/>
              </w:rPr>
              <w:t>۱۰</w:t>
            </w:r>
          </w:p>
        </w:tc>
        <w:tc>
          <w:tcPr>
            <w:tcW w:w="3531" w:type="dxa"/>
            <w:vAlign w:val="center"/>
          </w:tcPr>
          <w:p w:rsidR="00B628D4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  <w:rtl/>
              </w:rPr>
              <w:t>قابلیت</w:t>
            </w:r>
            <w:r w:rsidRPr="00B628D4">
              <w:rPr>
                <w:rFonts w:ascii="times" w:hAnsi="times" w:cs="B Nazanin"/>
              </w:rPr>
              <w:t xml:space="preserve"> </w:t>
            </w:r>
            <w:r w:rsidRPr="00B628D4">
              <w:rPr>
                <w:rFonts w:ascii="times" w:hAnsi="times" w:cs="B Nazanin"/>
                <w:rtl/>
              </w:rPr>
              <w:t>توسعه</w:t>
            </w:r>
            <w:r w:rsidRPr="00B628D4">
              <w:rPr>
                <w:rFonts w:ascii="times" w:hAnsi="times" w:cs="B Nazanin"/>
              </w:rPr>
              <w:t xml:space="preserve"> </w:t>
            </w:r>
            <w:r w:rsidRPr="00B628D4">
              <w:rPr>
                <w:rFonts w:ascii="times" w:hAnsi="times" w:cs="B Nazanin"/>
                <w:rtl/>
              </w:rPr>
              <w:t>و</w:t>
            </w:r>
            <w:r w:rsidRPr="00B628D4">
              <w:rPr>
                <w:rFonts w:ascii="times" w:hAnsi="times" w:cs="B Nazanin"/>
              </w:rPr>
              <w:t xml:space="preserve"> </w:t>
            </w:r>
            <w:r w:rsidRPr="00B628D4">
              <w:rPr>
                <w:rFonts w:ascii="times" w:hAnsi="times" w:cs="B Nazanin"/>
                <w:rtl/>
              </w:rPr>
              <w:t>مقیاس</w:t>
            </w:r>
            <w:r w:rsidRPr="00B628D4">
              <w:rPr>
                <w:rFonts w:ascii="times" w:hAnsi="times" w:cs="B Nazanin"/>
              </w:rPr>
              <w:t>‌</w:t>
            </w:r>
            <w:r w:rsidRPr="00B628D4">
              <w:rPr>
                <w:rFonts w:ascii="times" w:hAnsi="times" w:cs="B Nazanin"/>
                <w:rtl/>
              </w:rPr>
              <w:t>پذیری</w:t>
            </w:r>
          </w:p>
        </w:tc>
      </w:tr>
      <w:tr w:rsidR="00B628D4" w:rsidRPr="00C07998" w:rsidTr="00B628D4">
        <w:trPr>
          <w:jc w:val="center"/>
        </w:trPr>
        <w:tc>
          <w:tcPr>
            <w:tcW w:w="3293" w:type="dxa"/>
            <w:vAlign w:val="center"/>
          </w:tcPr>
          <w:p w:rsidR="00B628D4" w:rsidRPr="00B628D4" w:rsidRDefault="00B628D4" w:rsidP="00B628D4">
            <w:pPr>
              <w:bidi/>
              <w:jc w:val="both"/>
              <w:rPr>
                <w:rFonts w:ascii="times" w:hAnsi="times" w:cs="B Nazanin" w:hint="cs"/>
                <w:rtl/>
                <w:lang w:bidi="fa-IR"/>
              </w:rPr>
            </w:pPr>
            <w:r w:rsidRPr="00B628D4">
              <w:rPr>
                <w:rFonts w:ascii="times" w:hAnsi="times" w:cs="B Nazanin"/>
              </w:rPr>
              <w:t>/</w:t>
            </w:r>
            <w:r w:rsidRPr="00B628D4">
              <w:rPr>
                <w:rFonts w:ascii="times" w:hAnsi="times" w:cs="B Nazanin"/>
                <w:rtl/>
              </w:rPr>
              <w:t>۱۰۰</w:t>
            </w:r>
          </w:p>
        </w:tc>
        <w:tc>
          <w:tcPr>
            <w:tcW w:w="3531" w:type="dxa"/>
            <w:vAlign w:val="center"/>
          </w:tcPr>
          <w:p w:rsidR="00B628D4" w:rsidRPr="00B628D4" w:rsidRDefault="00B628D4" w:rsidP="00B628D4">
            <w:pPr>
              <w:bidi/>
              <w:jc w:val="both"/>
              <w:rPr>
                <w:rFonts w:ascii="times" w:hAnsi="times" w:cs="B Nazanin"/>
              </w:rPr>
            </w:pPr>
            <w:r w:rsidRPr="00B628D4">
              <w:rPr>
                <w:rFonts w:ascii="times" w:hAnsi="times" w:cs="B Nazanin"/>
              </w:rPr>
              <w:t>**</w:t>
            </w:r>
            <w:r w:rsidRPr="00B628D4">
              <w:rPr>
                <w:rFonts w:ascii="times" w:hAnsi="times" w:cs="B Nazanin"/>
                <w:rtl/>
              </w:rPr>
              <w:t>امتیاز</w:t>
            </w:r>
            <w:r w:rsidRPr="00B628D4">
              <w:rPr>
                <w:rFonts w:ascii="times" w:hAnsi="times" w:cs="B Nazanin"/>
              </w:rPr>
              <w:t xml:space="preserve"> </w:t>
            </w:r>
            <w:r w:rsidRPr="00B628D4">
              <w:rPr>
                <w:rFonts w:ascii="times" w:hAnsi="times" w:cs="B Nazanin"/>
                <w:rtl/>
              </w:rPr>
              <w:t>نهایی</w:t>
            </w:r>
            <w:r w:rsidRPr="00B628D4">
              <w:rPr>
                <w:rFonts w:ascii="times" w:hAnsi="times" w:cs="B Nazanin"/>
              </w:rPr>
              <w:t>**</w:t>
            </w:r>
          </w:p>
        </w:tc>
      </w:tr>
    </w:tbl>
    <w:p w:rsidR="00F90C30" w:rsidRPr="00B628D4" w:rsidRDefault="00F90C30" w:rsidP="00B628D4">
      <w:pPr>
        <w:bidi/>
        <w:jc w:val="both"/>
        <w:rPr>
          <w:rFonts w:ascii="times" w:hAnsi="times" w:cs="B Nazanin" w:hint="cs"/>
          <w:lang w:bidi="fa-IR"/>
        </w:rPr>
      </w:pPr>
    </w:p>
    <w:p w:rsidR="00F90C30" w:rsidRPr="00B628D4" w:rsidRDefault="00B628D4" w:rsidP="00B628D4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times" w:hAnsi="times" w:cs="B Nazanin"/>
          <w:b/>
          <w:bCs/>
          <w:rtl/>
        </w:rPr>
        <w:t>نظر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داور</w:t>
      </w:r>
      <w:r w:rsidRPr="00B628D4">
        <w:rPr>
          <w:rFonts w:ascii="times" w:hAnsi="times" w:cs="B Nazanin"/>
          <w:b/>
        </w:rPr>
        <w:t>:</w:t>
      </w:r>
    </w:p>
    <w:p w:rsidR="00F90C30" w:rsidRPr="00C07998" w:rsidRDefault="00B628D4" w:rsidP="00B628D4">
      <w:pPr>
        <w:bidi/>
        <w:jc w:val="both"/>
        <w:rPr>
          <w:rFonts w:asciiTheme="minorHAnsi" w:hAnsiTheme="minorHAnsi" w:cs="B Nazanin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C07998" w:rsidRPr="00C07998" w:rsidRDefault="00B628D4" w:rsidP="00C07998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times" w:hAnsi="times" w:cs="B Nazanin"/>
        </w:rPr>
        <w:t>....................................................................................................</w:t>
      </w:r>
    </w:p>
    <w:p w:rsidR="00F90C30" w:rsidRPr="00B628D4" w:rsidRDefault="00B628D4" w:rsidP="00C07998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times" w:hAnsi="times" w:cs="B Nazanin"/>
          <w:b/>
          <w:bCs/>
          <w:rtl/>
        </w:rPr>
        <w:t>نتیجه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داوری</w:t>
      </w:r>
      <w:r w:rsidRPr="00B628D4">
        <w:rPr>
          <w:rFonts w:ascii="times" w:hAnsi="times" w:cs="B Nazanin"/>
          <w:b/>
        </w:rPr>
        <w:t>: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پذیرش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پذیرش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مشروط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راه</w:t>
      </w:r>
      <w:r w:rsidRPr="00B628D4">
        <w:rPr>
          <w:rFonts w:ascii="times" w:hAnsi="times" w:cs="B Nazanin"/>
        </w:rPr>
        <w:t>‌</w:t>
      </w:r>
      <w:r w:rsidRPr="00B628D4">
        <w:rPr>
          <w:rFonts w:ascii="times" w:hAnsi="times" w:cs="B Nazanin"/>
          <w:rtl/>
        </w:rPr>
        <w:t>یابی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به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مرحله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ارائه</w:t>
      </w:r>
      <w:r w:rsidRPr="00B628D4">
        <w:rPr>
          <w:rFonts w:ascii="times" w:hAnsi="times" w:cs="B Nazanin"/>
        </w:rPr>
        <w:t xml:space="preserve"> / Pitch</w:t>
      </w:r>
    </w:p>
    <w:p w:rsidR="00F90C30" w:rsidRPr="00B628D4" w:rsidRDefault="00B628D4" w:rsidP="00B628D4">
      <w:pPr>
        <w:bidi/>
        <w:jc w:val="both"/>
        <w:rPr>
          <w:rFonts w:ascii="times" w:hAnsi="times" w:cs="B Nazanin" w:hint="cs"/>
          <w:rtl/>
          <w:lang w:bidi="fa-IR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نیازمند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اصلاح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MS Gothic" w:eastAsia="MS Gothic" w:hAnsi="MS Gothic" w:cs="MS Gothic" w:hint="eastAsia"/>
        </w:rPr>
        <w:t>☐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عدم</w:t>
      </w:r>
      <w:r w:rsidRPr="00B628D4">
        <w:rPr>
          <w:rFonts w:ascii="times" w:hAnsi="times" w:cs="B Nazanin"/>
        </w:rPr>
        <w:t xml:space="preserve"> </w:t>
      </w:r>
      <w:r w:rsidRPr="00B628D4">
        <w:rPr>
          <w:rFonts w:ascii="times" w:hAnsi="times" w:cs="B Nazanin"/>
          <w:rtl/>
        </w:rPr>
        <w:t>پذیرش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b/>
          <w:bCs/>
          <w:rtl/>
        </w:rPr>
        <w:t>نام</w:t>
      </w:r>
      <w:r w:rsidRPr="00B628D4">
        <w:rPr>
          <w:rFonts w:ascii="times" w:hAnsi="times" w:cs="B Nazanin"/>
          <w:b/>
        </w:rPr>
        <w:t xml:space="preserve"> </w:t>
      </w:r>
      <w:r w:rsidRPr="00B628D4">
        <w:rPr>
          <w:rFonts w:ascii="times" w:hAnsi="times" w:cs="B Nazanin"/>
          <w:b/>
          <w:bCs/>
          <w:rtl/>
        </w:rPr>
        <w:t>داور</w:t>
      </w:r>
      <w:r w:rsidRPr="00B628D4">
        <w:rPr>
          <w:rFonts w:ascii="times" w:hAnsi="times" w:cs="B Nazanin"/>
          <w:b/>
        </w:rPr>
        <w:t>:</w:t>
      </w:r>
      <w:r w:rsidRPr="00B628D4">
        <w:rPr>
          <w:rFonts w:ascii="times" w:hAnsi="times" w:cs="B Nazanin"/>
        </w:rPr>
        <w:t xml:space="preserve"> ..............................................</w:t>
      </w:r>
    </w:p>
    <w:p w:rsidR="00F90C30" w:rsidRPr="00B628D4" w:rsidRDefault="00B628D4" w:rsidP="00B628D4">
      <w:pPr>
        <w:bidi/>
        <w:jc w:val="both"/>
        <w:rPr>
          <w:rFonts w:ascii="times" w:hAnsi="times" w:cs="B Nazanin"/>
        </w:rPr>
      </w:pPr>
      <w:r w:rsidRPr="00B628D4">
        <w:rPr>
          <w:rFonts w:ascii="times" w:hAnsi="times" w:cs="B Nazanin"/>
          <w:b/>
          <w:bCs/>
          <w:rtl/>
        </w:rPr>
        <w:t>امضاء</w:t>
      </w:r>
      <w:r w:rsidRPr="00B628D4">
        <w:rPr>
          <w:rFonts w:ascii="times" w:hAnsi="times" w:cs="B Nazanin"/>
          <w:b/>
        </w:rPr>
        <w:t>:</w:t>
      </w:r>
      <w:r w:rsidRPr="00B628D4">
        <w:rPr>
          <w:rFonts w:ascii="times" w:hAnsi="times" w:cs="B Nazanin"/>
        </w:rPr>
        <w:t xml:space="preserve"> ..................................................</w:t>
      </w:r>
    </w:p>
    <w:sectPr w:rsidR="00F90C30" w:rsidRPr="00B628D4" w:rsidSect="00B628D4">
      <w:headerReference w:type="default" r:id="rId9"/>
      <w:pgSz w:w="12240" w:h="15840"/>
      <w:pgMar w:top="1020" w:right="1020" w:bottom="1020" w:left="1020" w:header="720" w:footer="720" w:gutter="0"/>
      <w:pgBorders w:offsetFrom="page">
        <w:top w:val="thinThickThinLargeGap" w:sz="24" w:space="24" w:color="1F497D" w:themeColor="text2"/>
        <w:left w:val="thinThickThinLargeGap" w:sz="24" w:space="24" w:color="1F497D" w:themeColor="text2"/>
        <w:bottom w:val="thinThickThinLargeGap" w:sz="24" w:space="24" w:color="1F497D" w:themeColor="text2"/>
        <w:right w:val="thinThickThinLargeGap" w:sz="24" w:space="24" w:color="1F497D" w:themeColor="tex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658" w:rsidRDefault="00925658" w:rsidP="00B628D4">
      <w:pPr>
        <w:spacing w:after="0" w:line="240" w:lineRule="auto"/>
      </w:pPr>
      <w:r>
        <w:separator/>
      </w:r>
    </w:p>
  </w:endnote>
  <w:endnote w:type="continuationSeparator" w:id="0">
    <w:p w:rsidR="00925658" w:rsidRDefault="00925658" w:rsidP="00B62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658" w:rsidRDefault="00925658" w:rsidP="00B628D4">
      <w:pPr>
        <w:spacing w:after="0" w:line="240" w:lineRule="auto"/>
      </w:pPr>
      <w:r>
        <w:separator/>
      </w:r>
    </w:p>
  </w:footnote>
  <w:footnote w:type="continuationSeparator" w:id="0">
    <w:p w:rsidR="00925658" w:rsidRDefault="00925658" w:rsidP="00B628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8D4" w:rsidRDefault="001F0032">
    <w:pPr>
      <w:pStyle w:val="Header"/>
    </w:pPr>
    <w:r>
      <w:rPr>
        <w:noProof/>
        <w:lang w:bidi="fa-IR"/>
      </w:rPr>
      <w:drawing>
        <wp:anchor distT="0" distB="0" distL="114300" distR="114300" simplePos="0" relativeHeight="251658240" behindDoc="1" locked="0" layoutInCell="1" allowOverlap="1" wp14:anchorId="5F7032E6" wp14:editId="6E5D850F">
          <wp:simplePos x="0" y="0"/>
          <wp:positionH relativeFrom="column">
            <wp:posOffset>-219075</wp:posOffset>
          </wp:positionH>
          <wp:positionV relativeFrom="paragraph">
            <wp:posOffset>-47625</wp:posOffset>
          </wp:positionV>
          <wp:extent cx="6912610" cy="1943100"/>
          <wp:effectExtent l="0" t="0" r="254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958da0d-335b-4202-adc3-cbc6f14b79d9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7836"/>
                  <a:stretch/>
                </pic:blipFill>
                <pic:spPr bwMode="auto">
                  <a:xfrm>
                    <a:off x="0" y="0"/>
                    <a:ext cx="6912610" cy="1943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628D4" w:rsidRDefault="00B628D4">
    <w:pPr>
      <w:pStyle w:val="Header"/>
    </w:pPr>
  </w:p>
  <w:p w:rsidR="00B628D4" w:rsidRDefault="00C07998" w:rsidP="00C07998">
    <w:pPr>
      <w:pStyle w:val="Header"/>
      <w:tabs>
        <w:tab w:val="clear" w:pos="4680"/>
        <w:tab w:val="clear" w:pos="9360"/>
        <w:tab w:val="left" w:pos="1800"/>
      </w:tabs>
    </w:pPr>
    <w:r>
      <w:tab/>
    </w:r>
  </w:p>
  <w:p w:rsidR="00C07998" w:rsidRDefault="00C07998" w:rsidP="00C07998">
    <w:pPr>
      <w:pStyle w:val="Header"/>
      <w:tabs>
        <w:tab w:val="clear" w:pos="4680"/>
        <w:tab w:val="clear" w:pos="9360"/>
        <w:tab w:val="left" w:pos="1800"/>
      </w:tabs>
    </w:pPr>
  </w:p>
  <w:p w:rsidR="00C07998" w:rsidRDefault="00C07998" w:rsidP="00C07998">
    <w:pPr>
      <w:pStyle w:val="Header"/>
      <w:tabs>
        <w:tab w:val="clear" w:pos="4680"/>
        <w:tab w:val="clear" w:pos="9360"/>
        <w:tab w:val="left" w:pos="1800"/>
      </w:tabs>
    </w:pPr>
  </w:p>
  <w:p w:rsidR="00C07998" w:rsidRDefault="00C07998" w:rsidP="00C07998">
    <w:pPr>
      <w:pStyle w:val="Header"/>
      <w:tabs>
        <w:tab w:val="clear" w:pos="4680"/>
        <w:tab w:val="clear" w:pos="9360"/>
        <w:tab w:val="left" w:pos="1800"/>
      </w:tabs>
    </w:pPr>
  </w:p>
  <w:p w:rsidR="00C07998" w:rsidRDefault="00C07998" w:rsidP="00C07998">
    <w:pPr>
      <w:pStyle w:val="Header"/>
      <w:tabs>
        <w:tab w:val="clear" w:pos="4680"/>
        <w:tab w:val="clear" w:pos="9360"/>
        <w:tab w:val="left" w:pos="1800"/>
      </w:tabs>
    </w:pPr>
  </w:p>
  <w:p w:rsidR="00C07998" w:rsidRDefault="00C07998" w:rsidP="00C07998">
    <w:pPr>
      <w:pStyle w:val="Header"/>
      <w:tabs>
        <w:tab w:val="clear" w:pos="4680"/>
        <w:tab w:val="clear" w:pos="9360"/>
        <w:tab w:val="left" w:pos="1800"/>
      </w:tabs>
    </w:pPr>
  </w:p>
  <w:p w:rsidR="00B628D4" w:rsidRDefault="00B628D4">
    <w:pPr>
      <w:pStyle w:val="Header"/>
    </w:pPr>
  </w:p>
  <w:p w:rsidR="00B628D4" w:rsidRDefault="00B628D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F0032"/>
    <w:rsid w:val="0029639D"/>
    <w:rsid w:val="00326F90"/>
    <w:rsid w:val="00925658"/>
    <w:rsid w:val="00AA1D8D"/>
    <w:rsid w:val="00B47730"/>
    <w:rsid w:val="00B628D4"/>
    <w:rsid w:val="00C07998"/>
    <w:rsid w:val="00CB0664"/>
    <w:rsid w:val="00F90C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/"/>
  <w:listSeparator w:val="؛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 Nazanin" w:eastAsia="B Nazanin" w:hAnsi="B Nazan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F0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032"/>
    <w:rPr>
      <w:rFonts w:ascii="Tahoma" w:eastAsia="B Nazani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 Nazanin" w:eastAsia="B Nazanin" w:hAnsi="B Nazan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F0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032"/>
    <w:rPr>
      <w:rFonts w:ascii="Tahoma" w:eastAsia="B Nazani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CFAE46-8ECA-4B6A-B81F-DA45DA825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1426</Words>
  <Characters>8130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9537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Windows User</cp:lastModifiedBy>
  <cp:revision>2</cp:revision>
  <dcterms:created xsi:type="dcterms:W3CDTF">2026-09-02T14:02:00Z</dcterms:created>
  <dcterms:modified xsi:type="dcterms:W3CDTF">2026-09-02T14:02:00Z</dcterms:modified>
</cp:coreProperties>
</file>